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A6B4F" w14:textId="77777777" w:rsidR="00AE5806" w:rsidRDefault="0018581B" w:rsidP="00ED0B8A">
      <w:pPr>
        <w:spacing w:after="0" w:line="240" w:lineRule="auto"/>
        <w:jc w:val="center"/>
      </w:pPr>
      <w:r>
        <w:rPr>
          <w:b/>
          <w:sz w:val="40"/>
        </w:rPr>
        <w:t>ALPHA KAPPA DELTA</w:t>
      </w:r>
    </w:p>
    <w:p w14:paraId="20D382BA" w14:textId="77777777" w:rsidR="00AE5806" w:rsidRDefault="0018581B" w:rsidP="00ED0B8A">
      <w:pPr>
        <w:spacing w:after="0" w:line="240" w:lineRule="auto"/>
        <w:jc w:val="center"/>
      </w:pPr>
      <w:r>
        <w:rPr>
          <w:sz w:val="20"/>
        </w:rPr>
        <w:t>The International Sociology Honor Society</w:t>
      </w:r>
    </w:p>
    <w:p w14:paraId="6D4AE8EB" w14:textId="77777777" w:rsidR="00AE5806" w:rsidRDefault="0018581B" w:rsidP="00ED0B8A">
      <w:pPr>
        <w:spacing w:after="0" w:line="240" w:lineRule="auto"/>
        <w:jc w:val="center"/>
        <w:rPr>
          <w:b/>
          <w:sz w:val="32"/>
        </w:rPr>
      </w:pPr>
      <w:r>
        <w:rPr>
          <w:b/>
          <w:sz w:val="32"/>
        </w:rPr>
        <w:t>MEMBERSHIP APPLICATION</w:t>
      </w:r>
    </w:p>
    <w:p w14:paraId="77D7D815" w14:textId="77777777" w:rsidR="00ED0B8A" w:rsidRDefault="00ED0B8A" w:rsidP="00ED0B8A">
      <w:pPr>
        <w:spacing w:after="0" w:line="240" w:lineRule="auto"/>
        <w:jc w:val="center"/>
      </w:pPr>
    </w:p>
    <w:p w14:paraId="6DD666EB" w14:textId="77777777" w:rsidR="00AE5806" w:rsidRDefault="0018581B" w:rsidP="00ED0B8A">
      <w:pPr>
        <w:spacing w:after="0" w:line="240" w:lineRule="auto"/>
      </w:pPr>
      <w:r>
        <w:rPr>
          <w:b/>
          <w:sz w:val="24"/>
        </w:rPr>
        <w:t>Congratulations on your academic achievement!</w:t>
      </w:r>
    </w:p>
    <w:p w14:paraId="553746C5" w14:textId="77777777" w:rsidR="00AE5806" w:rsidRDefault="0018581B" w:rsidP="00ED0B8A">
      <w:pPr>
        <w:spacing w:after="0" w:line="240" w:lineRule="auto"/>
      </w:pPr>
      <w:r>
        <w:t>You have been invited to join Alpha Kappa Delta (AKD), the International Sociology Honor Society, through your local AKD chapter. Membership in AKD is an earned honor recognizing academic excellence in sociology. It is also an opportunity to connect with students, faculty, scholars, and professionals who share your interest in sociology and its role in understanding and improving society.</w:t>
      </w:r>
    </w:p>
    <w:p w14:paraId="6DE3A3DE" w14:textId="77777777" w:rsidR="00ED0B8A" w:rsidRDefault="00ED0B8A" w:rsidP="00ED0B8A">
      <w:pPr>
        <w:spacing w:after="0" w:line="240" w:lineRule="auto"/>
      </w:pPr>
    </w:p>
    <w:p w14:paraId="44A2E814" w14:textId="77777777" w:rsidR="00AE5806" w:rsidRPr="001D73D7" w:rsidRDefault="0018581B" w:rsidP="00ED0B8A">
      <w:pPr>
        <w:pStyle w:val="Heading1"/>
        <w:spacing w:before="0" w:line="240" w:lineRule="auto"/>
        <w:rPr>
          <w:color w:val="215868" w:themeColor="accent5" w:themeShade="80"/>
        </w:rPr>
      </w:pPr>
      <w:r w:rsidRPr="001D73D7">
        <w:rPr>
          <w:color w:val="215868" w:themeColor="accent5" w:themeShade="80"/>
        </w:rPr>
        <w:t>WHY JOIN AN HONOR SOCIETY?</w:t>
      </w:r>
    </w:p>
    <w:p w14:paraId="38AE326A" w14:textId="26C4E99E" w:rsidR="00AE5806" w:rsidRDefault="0018581B" w:rsidP="00ED0B8A">
      <w:pPr>
        <w:spacing w:after="0" w:line="240" w:lineRule="auto"/>
      </w:pPr>
      <w:r>
        <w:t>Being invited to join an honor society is more than adding another line to your r</w:t>
      </w:r>
      <w:r w:rsidR="00ED0B8A">
        <w:t>e</w:t>
      </w:r>
      <w:r>
        <w:t>sum</w:t>
      </w:r>
      <w:r w:rsidR="00ED0B8A">
        <w:t>e</w:t>
      </w:r>
      <w:r>
        <w:t>. It is recognition of the work you have already accomplished</w:t>
      </w:r>
      <w:r w:rsidR="00ED0B8A">
        <w:t xml:space="preserve"> </w:t>
      </w:r>
      <w:r>
        <w:t>and an opportunity to make connections and take advantage of opportunities throughout your academic and professional journey.</w:t>
      </w:r>
    </w:p>
    <w:p w14:paraId="4C711404" w14:textId="77777777" w:rsidR="00ED0B8A" w:rsidRDefault="00ED0B8A" w:rsidP="00ED0B8A">
      <w:pPr>
        <w:spacing w:after="0" w:line="240" w:lineRule="auto"/>
      </w:pPr>
    </w:p>
    <w:p w14:paraId="0DD0DC9C" w14:textId="77777777" w:rsidR="00AE5806" w:rsidRDefault="0018581B" w:rsidP="00ED0B8A">
      <w:pPr>
        <w:pStyle w:val="ListBullet"/>
        <w:spacing w:after="0" w:line="240" w:lineRule="auto"/>
      </w:pPr>
      <w:r>
        <w:rPr>
          <w:b/>
        </w:rPr>
        <w:t xml:space="preserve">Be Recognized. </w:t>
      </w:r>
      <w:r>
        <w:t>Demonstrate your academic achievement and dedication to your field.</w:t>
      </w:r>
    </w:p>
    <w:p w14:paraId="20AC06D2" w14:textId="6343B44A" w:rsidR="00AE5806" w:rsidRDefault="0018581B" w:rsidP="00ED0B8A">
      <w:pPr>
        <w:pStyle w:val="ListBullet"/>
        <w:spacing w:after="0" w:line="240" w:lineRule="auto"/>
      </w:pPr>
      <w:r>
        <w:rPr>
          <w:b/>
        </w:rPr>
        <w:t xml:space="preserve">Stand Out. </w:t>
      </w:r>
      <w:r>
        <w:t>Add a meaningful academic distinction to your r</w:t>
      </w:r>
      <w:r w:rsidR="00ED0B8A">
        <w:t>e</w:t>
      </w:r>
      <w:r>
        <w:t>sum</w:t>
      </w:r>
      <w:r w:rsidR="00ED0B8A">
        <w:t>e</w:t>
      </w:r>
      <w:r>
        <w:t>, graduate school applications, scholarship applications, and professional profile.</w:t>
      </w:r>
    </w:p>
    <w:p w14:paraId="028E57F8" w14:textId="77777777" w:rsidR="00AE5806" w:rsidRDefault="0018581B" w:rsidP="00ED0B8A">
      <w:pPr>
        <w:pStyle w:val="ListBullet"/>
        <w:spacing w:after="0" w:line="240" w:lineRule="auto"/>
      </w:pPr>
      <w:r>
        <w:rPr>
          <w:b/>
        </w:rPr>
        <w:t xml:space="preserve">Build Connections. </w:t>
      </w:r>
      <w:r>
        <w:t>Connect with students, faculty, scholars, and professionals who share your interest in sociology.</w:t>
      </w:r>
    </w:p>
    <w:p w14:paraId="29D188FB" w14:textId="77777777" w:rsidR="00AE5806" w:rsidRDefault="0018581B" w:rsidP="00ED0B8A">
      <w:pPr>
        <w:pStyle w:val="ListBullet"/>
        <w:spacing w:after="0" w:line="240" w:lineRule="auto"/>
      </w:pPr>
      <w:r>
        <w:rPr>
          <w:b/>
        </w:rPr>
        <w:t xml:space="preserve">Discover Opportunities. </w:t>
      </w:r>
      <w:r>
        <w:t>Access research, funding, awards, conferences, mentorship, and professional development opportunities.</w:t>
      </w:r>
    </w:p>
    <w:p w14:paraId="6680CE64" w14:textId="77777777" w:rsidR="00AE5806" w:rsidRDefault="0018581B" w:rsidP="00ED0B8A">
      <w:pPr>
        <w:pStyle w:val="ListBullet"/>
        <w:spacing w:after="0" w:line="240" w:lineRule="auto"/>
      </w:pPr>
      <w:r>
        <w:rPr>
          <w:b/>
        </w:rPr>
        <w:t xml:space="preserve">Stay Connected to Sociology. </w:t>
      </w:r>
      <w:r>
        <w:t>Become part of a community that extends beyond your college or university and continues throughout your career.</w:t>
      </w:r>
    </w:p>
    <w:p w14:paraId="59323A15" w14:textId="77777777" w:rsidR="00ED0B8A" w:rsidRDefault="00ED0B8A" w:rsidP="00ED0B8A">
      <w:pPr>
        <w:pStyle w:val="ListBullet"/>
        <w:spacing w:after="0" w:line="240" w:lineRule="auto"/>
      </w:pPr>
    </w:p>
    <w:p w14:paraId="767AAE90" w14:textId="77777777" w:rsidR="00AE5806" w:rsidRPr="001D73D7" w:rsidRDefault="0018581B" w:rsidP="00ED0B8A">
      <w:pPr>
        <w:pStyle w:val="Heading1"/>
        <w:spacing w:before="0" w:line="240" w:lineRule="auto"/>
        <w:rPr>
          <w:color w:val="215868" w:themeColor="accent5" w:themeShade="80"/>
        </w:rPr>
      </w:pPr>
      <w:r w:rsidRPr="001D73D7">
        <w:rPr>
          <w:color w:val="215868" w:themeColor="accent5" w:themeShade="80"/>
        </w:rPr>
        <w:t>WHY JOIN ALPHA KAPPA DELTA?</w:t>
      </w:r>
    </w:p>
    <w:p w14:paraId="5B87BB27" w14:textId="66E2596B" w:rsidR="00AE5806" w:rsidRDefault="0018581B" w:rsidP="00ED0B8A">
      <w:pPr>
        <w:spacing w:after="0" w:line="240" w:lineRule="auto"/>
      </w:pPr>
      <w:r>
        <w:t>Founded in 1920, Alpha Kappa Delta has recognized excellence in sociology for more than a century. Today, AKD has more than 1</w:t>
      </w:r>
      <w:r w:rsidR="00ED0B8A">
        <w:t>60</w:t>
      </w:r>
      <w:r>
        <w:t>,000 lifetime members and more than 700 chapters affiliated with colleges and universities.</w:t>
      </w:r>
    </w:p>
    <w:p w14:paraId="356E3EB8" w14:textId="77777777" w:rsidR="00ED0B8A" w:rsidRDefault="00ED0B8A" w:rsidP="00ED0B8A">
      <w:pPr>
        <w:spacing w:after="0" w:line="240" w:lineRule="auto"/>
      </w:pPr>
    </w:p>
    <w:tbl>
      <w:tblPr>
        <w:tblW w:w="0" w:type="auto"/>
        <w:jc w:val="center"/>
        <w:tblLook w:val="04A0" w:firstRow="1" w:lastRow="0" w:firstColumn="1" w:lastColumn="0" w:noHBand="0" w:noVBand="1"/>
      </w:tblPr>
      <w:tblGrid>
        <w:gridCol w:w="2552"/>
        <w:gridCol w:w="8032"/>
      </w:tblGrid>
      <w:tr w:rsidR="00AE5806" w14:paraId="0947EA66" w14:textId="77777777">
        <w:trPr>
          <w:jc w:val="center"/>
        </w:trPr>
        <w:tc>
          <w:tcPr>
            <w:tcW w:w="2592" w:type="dxa"/>
            <w:shd w:val="clear" w:color="auto" w:fill="E9EEF3"/>
            <w:vAlign w:val="center"/>
          </w:tcPr>
          <w:p w14:paraId="0123B64A" w14:textId="77777777" w:rsidR="00AE5806" w:rsidRDefault="0018581B" w:rsidP="00ED0B8A">
            <w:pPr>
              <w:spacing w:after="0" w:line="240" w:lineRule="auto"/>
            </w:pPr>
            <w:r>
              <w:rPr>
                <w:b/>
                <w:sz w:val="18"/>
              </w:rPr>
              <w:t>LIFETIME RECOGNITION</w:t>
            </w:r>
          </w:p>
        </w:tc>
        <w:tc>
          <w:tcPr>
            <w:tcW w:w="8352" w:type="dxa"/>
            <w:vAlign w:val="center"/>
          </w:tcPr>
          <w:p w14:paraId="12D3EE02" w14:textId="77777777" w:rsidR="00AE5806" w:rsidRDefault="0018581B" w:rsidP="00ED0B8A">
            <w:pPr>
              <w:spacing w:after="0" w:line="240" w:lineRule="auto"/>
              <w:rPr>
                <w:sz w:val="18"/>
              </w:rPr>
            </w:pPr>
            <w:proofErr w:type="gramStart"/>
            <w:r>
              <w:rPr>
                <w:sz w:val="18"/>
              </w:rPr>
              <w:t>A lifelong academic honor you can include</w:t>
            </w:r>
            <w:proofErr w:type="gramEnd"/>
            <w:r>
              <w:rPr>
                <w:sz w:val="18"/>
              </w:rPr>
              <w:t xml:space="preserve"> on your r</w:t>
            </w:r>
            <w:r w:rsidR="00ED0B8A">
              <w:rPr>
                <w:sz w:val="18"/>
              </w:rPr>
              <w:t>e</w:t>
            </w:r>
            <w:r>
              <w:rPr>
                <w:sz w:val="18"/>
              </w:rPr>
              <w:t>sum</w:t>
            </w:r>
            <w:r w:rsidR="00ED0B8A">
              <w:rPr>
                <w:sz w:val="18"/>
              </w:rPr>
              <w:t>e</w:t>
            </w:r>
            <w:r>
              <w:rPr>
                <w:sz w:val="18"/>
              </w:rPr>
              <w:t>, CV, graduate school applications, and professional profile.</w:t>
            </w:r>
          </w:p>
          <w:p w14:paraId="5214F6AB" w14:textId="6ACA6F97" w:rsidR="00ED0B8A" w:rsidRDefault="00ED0B8A" w:rsidP="00ED0B8A">
            <w:pPr>
              <w:spacing w:after="0" w:line="240" w:lineRule="auto"/>
            </w:pPr>
          </w:p>
        </w:tc>
      </w:tr>
      <w:tr w:rsidR="00AE5806" w14:paraId="4078FE8F" w14:textId="77777777">
        <w:trPr>
          <w:jc w:val="center"/>
        </w:trPr>
        <w:tc>
          <w:tcPr>
            <w:tcW w:w="2592" w:type="dxa"/>
            <w:shd w:val="clear" w:color="auto" w:fill="E9EEF3"/>
            <w:vAlign w:val="center"/>
          </w:tcPr>
          <w:p w14:paraId="26F7F5B1" w14:textId="77777777" w:rsidR="00AE5806" w:rsidRDefault="0018581B" w:rsidP="00ED0B8A">
            <w:pPr>
              <w:spacing w:after="0" w:line="240" w:lineRule="auto"/>
            </w:pPr>
            <w:r>
              <w:rPr>
                <w:b/>
                <w:sz w:val="18"/>
              </w:rPr>
              <w:t>MEMBERSHIP CERTIFICATE</w:t>
            </w:r>
          </w:p>
        </w:tc>
        <w:tc>
          <w:tcPr>
            <w:tcW w:w="8352" w:type="dxa"/>
            <w:vAlign w:val="center"/>
          </w:tcPr>
          <w:p w14:paraId="2DC13C60" w14:textId="77777777" w:rsidR="00AE5806" w:rsidRDefault="0018581B" w:rsidP="00ED0B8A">
            <w:pPr>
              <w:spacing w:after="0" w:line="240" w:lineRule="auto"/>
              <w:rPr>
                <w:sz w:val="18"/>
              </w:rPr>
            </w:pPr>
            <w:r>
              <w:rPr>
                <w:sz w:val="18"/>
              </w:rPr>
              <w:t>Every new member receives a certificate recognizing their achievement and membership in AKD.</w:t>
            </w:r>
          </w:p>
          <w:p w14:paraId="11994857" w14:textId="77777777" w:rsidR="00ED0B8A" w:rsidRDefault="00ED0B8A" w:rsidP="00ED0B8A">
            <w:pPr>
              <w:spacing w:after="0" w:line="240" w:lineRule="auto"/>
            </w:pPr>
          </w:p>
        </w:tc>
      </w:tr>
      <w:tr w:rsidR="00AE5806" w14:paraId="392BA207" w14:textId="77777777">
        <w:trPr>
          <w:jc w:val="center"/>
        </w:trPr>
        <w:tc>
          <w:tcPr>
            <w:tcW w:w="2592" w:type="dxa"/>
            <w:shd w:val="clear" w:color="auto" w:fill="E9EEF3"/>
            <w:vAlign w:val="center"/>
          </w:tcPr>
          <w:p w14:paraId="7CCA7C54" w14:textId="77777777" w:rsidR="00AE5806" w:rsidRPr="00ED0B8A" w:rsidRDefault="0018581B" w:rsidP="00ED0B8A">
            <w:pPr>
              <w:spacing w:after="0" w:line="240" w:lineRule="auto"/>
              <w:rPr>
                <w:i/>
                <w:iCs/>
              </w:rPr>
            </w:pPr>
            <w:r w:rsidRPr="00ED0B8A">
              <w:rPr>
                <w:b/>
                <w:i/>
                <w:iCs/>
                <w:sz w:val="18"/>
              </w:rPr>
              <w:t>SOCIOLOGICAL INQUIRY</w:t>
            </w:r>
          </w:p>
        </w:tc>
        <w:tc>
          <w:tcPr>
            <w:tcW w:w="8352" w:type="dxa"/>
            <w:vAlign w:val="center"/>
          </w:tcPr>
          <w:p w14:paraId="560DC7C7" w14:textId="77777777" w:rsidR="00AE5806" w:rsidRDefault="0018581B" w:rsidP="00ED0B8A">
            <w:pPr>
              <w:spacing w:after="0" w:line="240" w:lineRule="auto"/>
              <w:rPr>
                <w:sz w:val="18"/>
              </w:rPr>
            </w:pPr>
            <w:r>
              <w:rPr>
                <w:sz w:val="18"/>
              </w:rPr>
              <w:t xml:space="preserve">One free year of online access to </w:t>
            </w:r>
            <w:r w:rsidRPr="00ED0B8A">
              <w:rPr>
                <w:i/>
                <w:iCs/>
                <w:sz w:val="18"/>
              </w:rPr>
              <w:t>Sociological Inquiry</w:t>
            </w:r>
            <w:r>
              <w:rPr>
                <w:sz w:val="18"/>
              </w:rPr>
              <w:t>, the official quarterly journal of AKD.</w:t>
            </w:r>
          </w:p>
          <w:p w14:paraId="7F108E2F" w14:textId="77777777" w:rsidR="00ED0B8A" w:rsidRDefault="00ED0B8A" w:rsidP="00ED0B8A">
            <w:pPr>
              <w:spacing w:after="0" w:line="240" w:lineRule="auto"/>
            </w:pPr>
          </w:p>
        </w:tc>
      </w:tr>
      <w:tr w:rsidR="00AE5806" w14:paraId="5ACD65E7" w14:textId="77777777">
        <w:trPr>
          <w:jc w:val="center"/>
        </w:trPr>
        <w:tc>
          <w:tcPr>
            <w:tcW w:w="2592" w:type="dxa"/>
            <w:shd w:val="clear" w:color="auto" w:fill="E9EEF3"/>
            <w:vAlign w:val="center"/>
          </w:tcPr>
          <w:p w14:paraId="59F3B13F" w14:textId="77777777" w:rsidR="00AE5806" w:rsidRDefault="0018581B" w:rsidP="00ED0B8A">
            <w:pPr>
              <w:spacing w:after="0" w:line="240" w:lineRule="auto"/>
            </w:pPr>
            <w:r>
              <w:rPr>
                <w:b/>
                <w:sz w:val="18"/>
              </w:rPr>
              <w:t>STUDENT PAPER COMPETITIONS</w:t>
            </w:r>
          </w:p>
        </w:tc>
        <w:tc>
          <w:tcPr>
            <w:tcW w:w="8352" w:type="dxa"/>
            <w:vAlign w:val="center"/>
          </w:tcPr>
          <w:p w14:paraId="045DEA76" w14:textId="77777777" w:rsidR="00AE5806" w:rsidRDefault="0018581B" w:rsidP="00ED0B8A">
            <w:pPr>
              <w:spacing w:after="0" w:line="240" w:lineRule="auto"/>
              <w:rPr>
                <w:sz w:val="18"/>
              </w:rPr>
            </w:pPr>
            <w:r>
              <w:rPr>
                <w:sz w:val="18"/>
              </w:rPr>
              <w:t>Undergraduate and graduate competitions offer cash prizes and travel support; selected undergraduate and first-place papers have additional opportunities.</w:t>
            </w:r>
          </w:p>
          <w:p w14:paraId="74E39B65" w14:textId="77777777" w:rsidR="00ED0B8A" w:rsidRDefault="00ED0B8A" w:rsidP="00ED0B8A">
            <w:pPr>
              <w:spacing w:after="0" w:line="240" w:lineRule="auto"/>
            </w:pPr>
          </w:p>
        </w:tc>
      </w:tr>
      <w:tr w:rsidR="00AE5806" w14:paraId="177EA686" w14:textId="77777777">
        <w:trPr>
          <w:jc w:val="center"/>
        </w:trPr>
        <w:tc>
          <w:tcPr>
            <w:tcW w:w="2592" w:type="dxa"/>
            <w:shd w:val="clear" w:color="auto" w:fill="E9EEF3"/>
            <w:vAlign w:val="center"/>
          </w:tcPr>
          <w:p w14:paraId="14CB44A2" w14:textId="77777777" w:rsidR="00AE5806" w:rsidRDefault="0018581B" w:rsidP="00ED0B8A">
            <w:pPr>
              <w:spacing w:after="0" w:line="240" w:lineRule="auto"/>
            </w:pPr>
            <w:r>
              <w:rPr>
                <w:b/>
                <w:sz w:val="18"/>
              </w:rPr>
              <w:t>FUNDING FOR PRESENTATIONS</w:t>
            </w:r>
          </w:p>
        </w:tc>
        <w:tc>
          <w:tcPr>
            <w:tcW w:w="8352" w:type="dxa"/>
            <w:vAlign w:val="center"/>
          </w:tcPr>
          <w:p w14:paraId="4E4E76BF" w14:textId="77777777" w:rsidR="00AE5806" w:rsidRDefault="0018581B" w:rsidP="00ED0B8A">
            <w:pPr>
              <w:spacing w:after="0" w:line="240" w:lineRule="auto"/>
              <w:rPr>
                <w:sz w:val="18"/>
              </w:rPr>
            </w:pPr>
            <w:r>
              <w:rPr>
                <w:sz w:val="18"/>
              </w:rPr>
              <w:t>Travel grants are available to eligible student members presenting research at regional sociological meetings.</w:t>
            </w:r>
          </w:p>
          <w:p w14:paraId="5514BC0A" w14:textId="77777777" w:rsidR="00ED0B8A" w:rsidRDefault="00ED0B8A" w:rsidP="00ED0B8A">
            <w:pPr>
              <w:spacing w:after="0" w:line="240" w:lineRule="auto"/>
            </w:pPr>
          </w:p>
        </w:tc>
      </w:tr>
      <w:tr w:rsidR="00AE5806" w14:paraId="79D461E0" w14:textId="77777777">
        <w:trPr>
          <w:jc w:val="center"/>
        </w:trPr>
        <w:tc>
          <w:tcPr>
            <w:tcW w:w="2592" w:type="dxa"/>
            <w:shd w:val="clear" w:color="auto" w:fill="E9EEF3"/>
            <w:vAlign w:val="center"/>
          </w:tcPr>
          <w:p w14:paraId="7E9AA44E" w14:textId="77777777" w:rsidR="00AE5806" w:rsidRDefault="0018581B" w:rsidP="00ED0B8A">
            <w:pPr>
              <w:spacing w:after="0" w:line="240" w:lineRule="auto"/>
              <w:rPr>
                <w:b/>
                <w:sz w:val="18"/>
              </w:rPr>
            </w:pPr>
            <w:r>
              <w:rPr>
                <w:b/>
                <w:sz w:val="18"/>
              </w:rPr>
              <w:t>UNDERGRADUATE RESEARCH SYMPOSIUM</w:t>
            </w:r>
          </w:p>
          <w:p w14:paraId="70C722D1" w14:textId="77777777" w:rsidR="00ED0B8A" w:rsidRDefault="00ED0B8A" w:rsidP="00ED0B8A">
            <w:pPr>
              <w:spacing w:after="0" w:line="240" w:lineRule="auto"/>
            </w:pPr>
          </w:p>
        </w:tc>
        <w:tc>
          <w:tcPr>
            <w:tcW w:w="8352" w:type="dxa"/>
            <w:vAlign w:val="center"/>
          </w:tcPr>
          <w:p w14:paraId="16A3BD6A" w14:textId="77777777" w:rsidR="00AE5806" w:rsidRDefault="0018581B" w:rsidP="00ED0B8A">
            <w:pPr>
              <w:spacing w:after="0" w:line="240" w:lineRule="auto"/>
              <w:rPr>
                <w:sz w:val="18"/>
              </w:rPr>
            </w:pPr>
            <w:r>
              <w:rPr>
                <w:sz w:val="18"/>
              </w:rPr>
              <w:t>A virtual opportunity for undergraduate members to share and celebrate their sociological research.</w:t>
            </w:r>
          </w:p>
          <w:p w14:paraId="228F9859" w14:textId="77777777" w:rsidR="00ED0B8A" w:rsidRDefault="00ED0B8A" w:rsidP="00ED0B8A">
            <w:pPr>
              <w:spacing w:after="0" w:line="240" w:lineRule="auto"/>
            </w:pPr>
          </w:p>
        </w:tc>
      </w:tr>
      <w:tr w:rsidR="00AE5806" w14:paraId="7FF5132A" w14:textId="77777777">
        <w:trPr>
          <w:jc w:val="center"/>
        </w:trPr>
        <w:tc>
          <w:tcPr>
            <w:tcW w:w="2592" w:type="dxa"/>
            <w:shd w:val="clear" w:color="auto" w:fill="E9EEF3"/>
            <w:vAlign w:val="center"/>
          </w:tcPr>
          <w:p w14:paraId="0DF71A05" w14:textId="77777777" w:rsidR="00AE5806" w:rsidRDefault="0018581B" w:rsidP="00ED0B8A">
            <w:pPr>
              <w:spacing w:after="0" w:line="240" w:lineRule="auto"/>
              <w:rPr>
                <w:b/>
                <w:sz w:val="18"/>
              </w:rPr>
            </w:pPr>
            <w:r>
              <w:rPr>
                <w:b/>
                <w:sz w:val="18"/>
              </w:rPr>
              <w:t>MENTORSHIP &amp; NETWORKING</w:t>
            </w:r>
          </w:p>
          <w:p w14:paraId="63BBBC85" w14:textId="77777777" w:rsidR="00ED0B8A" w:rsidRDefault="00ED0B8A" w:rsidP="00ED0B8A">
            <w:pPr>
              <w:spacing w:after="0" w:line="240" w:lineRule="auto"/>
            </w:pPr>
          </w:p>
        </w:tc>
        <w:tc>
          <w:tcPr>
            <w:tcW w:w="8352" w:type="dxa"/>
            <w:vAlign w:val="center"/>
          </w:tcPr>
          <w:p w14:paraId="5F8E926C" w14:textId="77777777" w:rsidR="00AE5806" w:rsidRDefault="0018581B" w:rsidP="00ED0B8A">
            <w:pPr>
              <w:spacing w:after="0" w:line="240" w:lineRule="auto"/>
              <w:rPr>
                <w:sz w:val="18"/>
              </w:rPr>
            </w:pPr>
            <w:r>
              <w:rPr>
                <w:sz w:val="18"/>
              </w:rPr>
              <w:t>Opportunities to connect with AKD members and professionals in sociology.</w:t>
            </w:r>
          </w:p>
          <w:p w14:paraId="343C14C2" w14:textId="77777777" w:rsidR="00ED0B8A" w:rsidRDefault="00ED0B8A" w:rsidP="00ED0B8A">
            <w:pPr>
              <w:spacing w:after="0" w:line="240" w:lineRule="auto"/>
            </w:pPr>
          </w:p>
        </w:tc>
      </w:tr>
      <w:tr w:rsidR="00AE5806" w14:paraId="7F867640" w14:textId="77777777">
        <w:trPr>
          <w:jc w:val="center"/>
        </w:trPr>
        <w:tc>
          <w:tcPr>
            <w:tcW w:w="2592" w:type="dxa"/>
            <w:shd w:val="clear" w:color="auto" w:fill="E9EEF3"/>
            <w:vAlign w:val="center"/>
          </w:tcPr>
          <w:p w14:paraId="377374BE" w14:textId="77777777" w:rsidR="00AE5806" w:rsidRDefault="0018581B" w:rsidP="00ED0B8A">
            <w:pPr>
              <w:spacing w:after="0" w:line="240" w:lineRule="auto"/>
              <w:rPr>
                <w:b/>
                <w:sz w:val="18"/>
              </w:rPr>
            </w:pPr>
            <w:r>
              <w:rPr>
                <w:b/>
                <w:sz w:val="18"/>
              </w:rPr>
              <w:t>GRADUATE STUDENT LOUNGE</w:t>
            </w:r>
          </w:p>
          <w:p w14:paraId="77ED3767" w14:textId="77777777" w:rsidR="00ED0B8A" w:rsidRDefault="00ED0B8A" w:rsidP="00ED0B8A">
            <w:pPr>
              <w:spacing w:after="0" w:line="240" w:lineRule="auto"/>
            </w:pPr>
          </w:p>
        </w:tc>
        <w:tc>
          <w:tcPr>
            <w:tcW w:w="8352" w:type="dxa"/>
            <w:vAlign w:val="center"/>
          </w:tcPr>
          <w:p w14:paraId="62736214" w14:textId="77777777" w:rsidR="00AE5806" w:rsidRDefault="0018581B" w:rsidP="00ED0B8A">
            <w:pPr>
              <w:spacing w:after="0" w:line="240" w:lineRule="auto"/>
            </w:pPr>
            <w:r>
              <w:rPr>
                <w:sz w:val="18"/>
              </w:rPr>
              <w:t>A virtual community for graduate members to discuss academia, careers, advising, teaching, and more.</w:t>
            </w:r>
          </w:p>
        </w:tc>
      </w:tr>
      <w:tr w:rsidR="00AE5806" w14:paraId="0B80BBA6" w14:textId="77777777">
        <w:trPr>
          <w:jc w:val="center"/>
        </w:trPr>
        <w:tc>
          <w:tcPr>
            <w:tcW w:w="2592" w:type="dxa"/>
            <w:shd w:val="clear" w:color="auto" w:fill="E9EEF3"/>
            <w:vAlign w:val="center"/>
          </w:tcPr>
          <w:p w14:paraId="64735F0C" w14:textId="77777777" w:rsidR="00AE5806" w:rsidRDefault="0018581B" w:rsidP="00ED0B8A">
            <w:pPr>
              <w:spacing w:after="0" w:line="240" w:lineRule="auto"/>
            </w:pPr>
            <w:r>
              <w:rPr>
                <w:b/>
                <w:sz w:val="18"/>
              </w:rPr>
              <w:t>GRADUATION RECOGNITION</w:t>
            </w:r>
          </w:p>
        </w:tc>
        <w:tc>
          <w:tcPr>
            <w:tcW w:w="8352" w:type="dxa"/>
            <w:vAlign w:val="center"/>
          </w:tcPr>
          <w:p w14:paraId="39123B7B" w14:textId="77777777" w:rsidR="00AE5806" w:rsidRDefault="0018581B" w:rsidP="00ED0B8A">
            <w:pPr>
              <w:spacing w:after="0" w:line="240" w:lineRule="auto"/>
            </w:pPr>
            <w:r>
              <w:rPr>
                <w:sz w:val="18"/>
              </w:rPr>
              <w:t>Members may purchase official AKD honor cords, pins, and other memorabilia.</w:t>
            </w:r>
          </w:p>
        </w:tc>
      </w:tr>
    </w:tbl>
    <w:p w14:paraId="64C1EBA8" w14:textId="77777777" w:rsidR="00ED0B8A" w:rsidRDefault="00ED0B8A" w:rsidP="00ED0B8A">
      <w:pPr>
        <w:pStyle w:val="Heading1"/>
        <w:spacing w:before="0" w:line="240" w:lineRule="auto"/>
      </w:pPr>
    </w:p>
    <w:p w14:paraId="64AB7A3D" w14:textId="03A4CFBB" w:rsidR="00AE5806" w:rsidRPr="001D73D7" w:rsidRDefault="0018581B" w:rsidP="00ED0B8A">
      <w:pPr>
        <w:pStyle w:val="Heading1"/>
        <w:spacing w:before="0" w:line="240" w:lineRule="auto"/>
        <w:rPr>
          <w:color w:val="215868" w:themeColor="accent5" w:themeShade="80"/>
        </w:rPr>
      </w:pPr>
      <w:r w:rsidRPr="001D73D7">
        <w:rPr>
          <w:color w:val="215868" w:themeColor="accent5" w:themeShade="80"/>
        </w:rPr>
        <w:t>YOUR $50 MEMBERSHIP</w:t>
      </w:r>
    </w:p>
    <w:p w14:paraId="217D5313" w14:textId="77777777" w:rsidR="00AE5806" w:rsidRDefault="0018581B" w:rsidP="00ED0B8A">
      <w:pPr>
        <w:spacing w:after="0" w:line="240" w:lineRule="auto"/>
      </w:pPr>
      <w:r>
        <w:rPr>
          <w:b/>
          <w:sz w:val="22"/>
        </w:rPr>
        <w:t>ONE PAYMENT. LIFETIME MEMBERSHIP.</w:t>
      </w:r>
    </w:p>
    <w:p w14:paraId="5FE8BC5E" w14:textId="77777777" w:rsidR="00AE5806" w:rsidRDefault="0018581B" w:rsidP="00ED0B8A">
      <w:pPr>
        <w:spacing w:after="0" w:line="240" w:lineRule="auto"/>
      </w:pPr>
      <w:r>
        <w:t>The AKD membership fee is $50. Your one-time membership fee provides lifetime membership in Alpha Kappa Delta. There are no annual Society dues required to maintain your membership, although your local chapter may have its own chapter dues.</w:t>
      </w:r>
    </w:p>
    <w:p w14:paraId="7E8F5263" w14:textId="77777777" w:rsidR="00AE5806" w:rsidRDefault="0018581B" w:rsidP="00ED0B8A">
      <w:pPr>
        <w:spacing w:after="0" w:line="240" w:lineRule="auto"/>
      </w:pPr>
      <w:r>
        <w:t xml:space="preserve">Your membership includes a membership certificate, exclusive membership sticker, one free year of online access to </w:t>
      </w:r>
      <w:r w:rsidRPr="00ED0B8A">
        <w:rPr>
          <w:i/>
          <w:iCs/>
        </w:rPr>
        <w:t>Sociological Inquiry,</w:t>
      </w:r>
      <w:r>
        <w:t xml:space="preserve"> eligibility to participate in AKD programs and opportunities, and eligibility to purchase official AKD regalia and merchandise.</w:t>
      </w:r>
    </w:p>
    <w:p w14:paraId="72951CE6" w14:textId="62320CBA" w:rsidR="00AE5806" w:rsidRDefault="0018581B" w:rsidP="00ED0B8A">
      <w:pPr>
        <w:spacing w:after="0" w:line="240" w:lineRule="auto"/>
        <w:jc w:val="center"/>
      </w:pPr>
      <w:r>
        <w:br w:type="page"/>
      </w:r>
      <w:r>
        <w:rPr>
          <w:b/>
          <w:sz w:val="36"/>
        </w:rPr>
        <w:lastRenderedPageBreak/>
        <w:t>ALPHA KAPPA DELTA</w:t>
      </w:r>
    </w:p>
    <w:p w14:paraId="5D829C0A" w14:textId="77777777" w:rsidR="00AE5806" w:rsidRDefault="0018581B">
      <w:pPr>
        <w:spacing w:after="160"/>
        <w:jc w:val="center"/>
      </w:pPr>
      <w:r>
        <w:rPr>
          <w:b/>
          <w:sz w:val="28"/>
        </w:rPr>
        <w:t>MEMBERSHIP APPLICATION</w:t>
      </w:r>
    </w:p>
    <w:p w14:paraId="76A90877" w14:textId="77777777" w:rsidR="00AE5806" w:rsidRPr="001D73D7" w:rsidRDefault="0018581B" w:rsidP="00D96D32">
      <w:pPr>
        <w:pStyle w:val="Heading1"/>
        <w:spacing w:before="0" w:line="240" w:lineRule="auto"/>
        <w:rPr>
          <w:color w:val="215868" w:themeColor="accent5" w:themeShade="80"/>
        </w:rPr>
      </w:pPr>
      <w:r w:rsidRPr="001D73D7">
        <w:rPr>
          <w:color w:val="215868" w:themeColor="accent5" w:themeShade="80"/>
        </w:rPr>
        <w:t>WHO IS ELIGIBLE?</w:t>
      </w:r>
    </w:p>
    <w:p w14:paraId="4DB6BF75" w14:textId="77777777" w:rsidR="00AE5806" w:rsidRDefault="0018581B" w:rsidP="00D96D32">
      <w:pPr>
        <w:spacing w:after="0" w:line="240" w:lineRule="auto"/>
      </w:pPr>
      <w:r>
        <w:t>Membership is open to students who meet AKD's eligibility requirements and attend an institution with an active, chartered AKD chapter.</w:t>
      </w:r>
    </w:p>
    <w:p w14:paraId="5A60BC4F" w14:textId="77777777" w:rsidR="00D96D32" w:rsidRDefault="00D96D32" w:rsidP="00D96D32">
      <w:pPr>
        <w:spacing w:after="0" w:line="240" w:lineRule="auto"/>
      </w:pPr>
    </w:p>
    <w:p w14:paraId="76DBB9A7" w14:textId="77777777" w:rsidR="00AE5806" w:rsidRPr="001D73D7" w:rsidRDefault="0018581B" w:rsidP="00D96D32">
      <w:pPr>
        <w:pStyle w:val="Heading2"/>
        <w:spacing w:before="0" w:line="240" w:lineRule="auto"/>
        <w:rPr>
          <w:color w:val="31849B" w:themeColor="accent5" w:themeShade="BF"/>
        </w:rPr>
      </w:pPr>
      <w:r w:rsidRPr="001D73D7">
        <w:rPr>
          <w:color w:val="31849B" w:themeColor="accent5" w:themeShade="BF"/>
        </w:rPr>
        <w:t>UNDERGRADUATE STUDENTS</w:t>
      </w:r>
    </w:p>
    <w:p w14:paraId="666E26D0" w14:textId="77777777" w:rsidR="00AE5806" w:rsidRDefault="0018581B" w:rsidP="00D96D32">
      <w:pPr>
        <w:pStyle w:val="ListBullet"/>
        <w:spacing w:after="0" w:line="240" w:lineRule="auto"/>
      </w:pPr>
      <w:r>
        <w:t>Be enrolled as a major or minor in sociology, or in a program sociological in nature.</w:t>
      </w:r>
    </w:p>
    <w:p w14:paraId="2AD3F02D" w14:textId="77777777" w:rsidR="00AE5806" w:rsidRDefault="0018581B" w:rsidP="00D96D32">
      <w:pPr>
        <w:pStyle w:val="ListBullet"/>
        <w:spacing w:after="0" w:line="240" w:lineRule="auto"/>
      </w:pPr>
      <w:r>
        <w:t>Be at least a junior (third year) according to the standards of their institution.</w:t>
      </w:r>
    </w:p>
    <w:p w14:paraId="1FB1B66E" w14:textId="77777777" w:rsidR="00AE5806" w:rsidRDefault="0018581B" w:rsidP="00D96D32">
      <w:pPr>
        <w:pStyle w:val="ListBullet"/>
        <w:spacing w:after="0" w:line="240" w:lineRule="auto"/>
      </w:pPr>
      <w:r>
        <w:t>Rank in the top 35% of their class in general scholarship; if class rank is unavailable, an overall GPA of 3.3 or higher may be used.</w:t>
      </w:r>
    </w:p>
    <w:p w14:paraId="7FB069C2" w14:textId="77777777" w:rsidR="00AE5806" w:rsidRDefault="0018581B" w:rsidP="00D96D32">
      <w:pPr>
        <w:pStyle w:val="ListBullet"/>
        <w:spacing w:after="0" w:line="240" w:lineRule="auto"/>
      </w:pPr>
      <w:r>
        <w:t>Have a 3.0 GPA or higher in sociology courses taken at the host institution.</w:t>
      </w:r>
    </w:p>
    <w:p w14:paraId="2DD6227A" w14:textId="77777777" w:rsidR="00AE5806" w:rsidRDefault="0018581B" w:rsidP="00D96D32">
      <w:pPr>
        <w:pStyle w:val="ListBullet"/>
        <w:spacing w:after="0" w:line="240" w:lineRule="auto"/>
      </w:pPr>
      <w:r>
        <w:t>Have completed at least four sociology courses (the equivalent of 12 semester hours) prior to initiation.</w:t>
      </w:r>
    </w:p>
    <w:p w14:paraId="43B3B7E3" w14:textId="77777777" w:rsidR="00D96D32" w:rsidRDefault="00D96D32" w:rsidP="00D96D32">
      <w:pPr>
        <w:pStyle w:val="ListBullet"/>
        <w:numPr>
          <w:ilvl w:val="0"/>
          <w:numId w:val="0"/>
        </w:numPr>
        <w:spacing w:after="0" w:line="240" w:lineRule="auto"/>
        <w:ind w:left="360"/>
      </w:pPr>
    </w:p>
    <w:p w14:paraId="0AF5647C" w14:textId="77777777" w:rsidR="00AE5806" w:rsidRPr="001D73D7" w:rsidRDefault="0018581B" w:rsidP="00D96D32">
      <w:pPr>
        <w:pStyle w:val="Heading2"/>
        <w:spacing w:before="0" w:line="240" w:lineRule="auto"/>
        <w:rPr>
          <w:color w:val="31849B" w:themeColor="accent5" w:themeShade="BF"/>
        </w:rPr>
      </w:pPr>
      <w:r w:rsidRPr="001D73D7">
        <w:rPr>
          <w:color w:val="31849B" w:themeColor="accent5" w:themeShade="BF"/>
        </w:rPr>
        <w:t>GRADUATE STUDENTS</w:t>
      </w:r>
    </w:p>
    <w:p w14:paraId="031CAB70" w14:textId="77777777" w:rsidR="00AE5806" w:rsidRDefault="0018581B" w:rsidP="00D96D32">
      <w:pPr>
        <w:pStyle w:val="ListBullet"/>
        <w:spacing w:after="0" w:line="240" w:lineRule="auto"/>
      </w:pPr>
      <w:r>
        <w:t>Be officially admitted to graduate study in sociology at the host institution.</w:t>
      </w:r>
    </w:p>
    <w:p w14:paraId="7DE9989D" w14:textId="77777777" w:rsidR="00AE5806" w:rsidRDefault="0018581B" w:rsidP="00D96D32">
      <w:pPr>
        <w:pStyle w:val="ListBullet"/>
        <w:spacing w:after="0" w:line="240" w:lineRule="auto"/>
      </w:pPr>
      <w:r>
        <w:t>Complete the equivalent of one full semester or quarter of graduate study in sociology.</w:t>
      </w:r>
    </w:p>
    <w:p w14:paraId="0590B055" w14:textId="77777777" w:rsidR="00AE5806" w:rsidRDefault="0018581B" w:rsidP="00D96D32">
      <w:pPr>
        <w:pStyle w:val="ListBullet"/>
        <w:spacing w:after="0" w:line="240" w:lineRule="auto"/>
      </w:pPr>
      <w:r>
        <w:t>Have a graduate GPA of B or better.</w:t>
      </w:r>
    </w:p>
    <w:p w14:paraId="1AC969A6" w14:textId="77777777" w:rsidR="00AE5806" w:rsidRDefault="0018581B" w:rsidP="00D96D32">
      <w:pPr>
        <w:pStyle w:val="ListBullet"/>
        <w:spacing w:after="0" w:line="240" w:lineRule="auto"/>
      </w:pPr>
      <w:r>
        <w:t>Continue to be matriculated in a program leading toward a graduate degree in sociology at the host institution.</w:t>
      </w:r>
    </w:p>
    <w:p w14:paraId="51D83985" w14:textId="77777777" w:rsidR="00D96D32" w:rsidRDefault="00D96D32" w:rsidP="00D96D32">
      <w:pPr>
        <w:pStyle w:val="ListBullet"/>
        <w:numPr>
          <w:ilvl w:val="0"/>
          <w:numId w:val="0"/>
        </w:numPr>
        <w:spacing w:after="0" w:line="240" w:lineRule="auto"/>
        <w:ind w:left="360"/>
      </w:pPr>
    </w:p>
    <w:p w14:paraId="3BE6C4B2" w14:textId="77777777" w:rsidR="00AE5806" w:rsidRPr="001D73D7" w:rsidRDefault="0018581B" w:rsidP="00D96D32">
      <w:pPr>
        <w:pStyle w:val="Heading2"/>
        <w:spacing w:before="0" w:line="240" w:lineRule="auto"/>
        <w:rPr>
          <w:color w:val="31849B" w:themeColor="accent5" w:themeShade="BF"/>
        </w:rPr>
      </w:pPr>
      <w:r w:rsidRPr="001D73D7">
        <w:rPr>
          <w:color w:val="31849B" w:themeColor="accent5" w:themeShade="BF"/>
        </w:rPr>
        <w:t>FACULTY &amp; PROFESSIONAL STAFF</w:t>
      </w:r>
    </w:p>
    <w:p w14:paraId="1F14ADC5" w14:textId="77777777" w:rsidR="00AE5806" w:rsidRDefault="0018581B" w:rsidP="00D96D32">
      <w:pPr>
        <w:spacing w:after="0" w:line="240" w:lineRule="auto"/>
      </w:pPr>
      <w:r>
        <w:t>Faculty and professional staff at institutions with chartered AKD chapters may also be eligible. Eligibility requires formal conferral of a Ph.D. in sociology or employment as a sociologist prior to initiation.</w:t>
      </w:r>
    </w:p>
    <w:p w14:paraId="79C0B7FE" w14:textId="77777777" w:rsidR="0085566A" w:rsidRPr="001D73D7" w:rsidRDefault="0085566A" w:rsidP="00D96D32">
      <w:pPr>
        <w:spacing w:after="0" w:line="240" w:lineRule="auto"/>
        <w:rPr>
          <w:color w:val="215868" w:themeColor="accent5" w:themeShade="80"/>
        </w:rPr>
      </w:pPr>
    </w:p>
    <w:p w14:paraId="775B0E84" w14:textId="77777777" w:rsidR="00AE5806" w:rsidRPr="001D73D7" w:rsidRDefault="0018581B" w:rsidP="00D96D32">
      <w:pPr>
        <w:pStyle w:val="Heading1"/>
        <w:spacing w:before="0" w:line="240" w:lineRule="auto"/>
        <w:rPr>
          <w:color w:val="215868" w:themeColor="accent5" w:themeShade="80"/>
        </w:rPr>
      </w:pPr>
      <w:r w:rsidRPr="001D73D7">
        <w:rPr>
          <w:color w:val="215868" w:themeColor="accent5" w:themeShade="80"/>
        </w:rPr>
        <w:t>READY TO JOIN?</w:t>
      </w:r>
    </w:p>
    <w:p w14:paraId="7B48E7BE" w14:textId="77777777" w:rsidR="00AE5806" w:rsidRDefault="0018581B" w:rsidP="00D96D32">
      <w:pPr>
        <w:spacing w:after="0" w:line="240" w:lineRule="auto"/>
      </w:pPr>
      <w:r>
        <w:t>If you have been invited to join Alpha Kappa Delta, complete the application below and return it to your AKD Chapter Representative according to your chapter's instructions.</w:t>
      </w:r>
    </w:p>
    <w:p w14:paraId="769F59DC" w14:textId="77777777" w:rsidR="0085566A" w:rsidRDefault="0085566A" w:rsidP="00D96D32">
      <w:pPr>
        <w:spacing w:after="0" w:line="240" w:lineRule="auto"/>
      </w:pPr>
    </w:p>
    <w:tbl>
      <w:tblPr>
        <w:tblW w:w="0" w:type="auto"/>
        <w:jc w:val="center"/>
        <w:tblLook w:val="04A0" w:firstRow="1" w:lastRow="0" w:firstColumn="1" w:lastColumn="0" w:noHBand="0" w:noVBand="1"/>
      </w:tblPr>
      <w:tblGrid>
        <w:gridCol w:w="3960"/>
        <w:gridCol w:w="6588"/>
      </w:tblGrid>
      <w:tr w:rsidR="00AE5806" w14:paraId="3B923619" w14:textId="77777777" w:rsidTr="001D73D7">
        <w:trPr>
          <w:jc w:val="center"/>
        </w:trPr>
        <w:tc>
          <w:tcPr>
            <w:tcW w:w="3960" w:type="dxa"/>
            <w:shd w:val="clear" w:color="auto" w:fill="DAEEF3" w:themeFill="accent5" w:themeFillTint="33"/>
            <w:vAlign w:val="center"/>
          </w:tcPr>
          <w:p w14:paraId="36EF65BA" w14:textId="77777777" w:rsidR="00AE5806" w:rsidRDefault="0018581B">
            <w:r>
              <w:rPr>
                <w:b/>
                <w:sz w:val="18"/>
              </w:rPr>
              <w:t>Membership Fee</w:t>
            </w:r>
          </w:p>
        </w:tc>
        <w:tc>
          <w:tcPr>
            <w:tcW w:w="6588" w:type="dxa"/>
            <w:vAlign w:val="center"/>
          </w:tcPr>
          <w:p w14:paraId="191E543C" w14:textId="77777777" w:rsidR="00AE5806" w:rsidRDefault="0018581B">
            <w:r>
              <w:rPr>
                <w:sz w:val="18"/>
              </w:rPr>
              <w:t>$50</w:t>
            </w:r>
          </w:p>
        </w:tc>
      </w:tr>
      <w:tr w:rsidR="00AE5806" w14:paraId="0EA06833" w14:textId="77777777" w:rsidTr="001D73D7">
        <w:trPr>
          <w:jc w:val="center"/>
        </w:trPr>
        <w:tc>
          <w:tcPr>
            <w:tcW w:w="3960" w:type="dxa"/>
            <w:shd w:val="clear" w:color="auto" w:fill="DAEEF3" w:themeFill="accent5" w:themeFillTint="33"/>
            <w:vAlign w:val="center"/>
          </w:tcPr>
          <w:p w14:paraId="73322EAD" w14:textId="77777777" w:rsidR="00AE5806" w:rsidRDefault="0018581B">
            <w:r>
              <w:rPr>
                <w:b/>
                <w:sz w:val="18"/>
              </w:rPr>
              <w:t>Membership Deadline</w:t>
            </w:r>
          </w:p>
        </w:tc>
        <w:tc>
          <w:tcPr>
            <w:tcW w:w="6588" w:type="dxa"/>
            <w:vAlign w:val="center"/>
          </w:tcPr>
          <w:p w14:paraId="67359BA1" w14:textId="6E9A2B41" w:rsidR="00AE5806" w:rsidRDefault="0018581B">
            <w:r>
              <w:rPr>
                <w:sz w:val="18"/>
              </w:rPr>
              <w:t>________________________________</w:t>
            </w:r>
            <w:r w:rsidR="00ED0B8A">
              <w:rPr>
                <w:sz w:val="18"/>
              </w:rPr>
              <w:t>______________</w:t>
            </w:r>
            <w:r>
              <w:rPr>
                <w:sz w:val="18"/>
              </w:rPr>
              <w:t>____________</w:t>
            </w:r>
          </w:p>
        </w:tc>
      </w:tr>
      <w:tr w:rsidR="00AE5806" w14:paraId="07A55DC9" w14:textId="77777777" w:rsidTr="001D73D7">
        <w:trPr>
          <w:jc w:val="center"/>
        </w:trPr>
        <w:tc>
          <w:tcPr>
            <w:tcW w:w="3960" w:type="dxa"/>
            <w:shd w:val="clear" w:color="auto" w:fill="DAEEF3" w:themeFill="accent5" w:themeFillTint="33"/>
            <w:vAlign w:val="center"/>
          </w:tcPr>
          <w:p w14:paraId="3ACA37E8" w14:textId="77777777" w:rsidR="00AE5806" w:rsidRDefault="0018581B">
            <w:r>
              <w:rPr>
                <w:b/>
                <w:sz w:val="18"/>
              </w:rPr>
              <w:t>Return Application To</w:t>
            </w:r>
          </w:p>
        </w:tc>
        <w:tc>
          <w:tcPr>
            <w:tcW w:w="6588" w:type="dxa"/>
            <w:vAlign w:val="center"/>
          </w:tcPr>
          <w:p w14:paraId="7ACF8EC7" w14:textId="465A8627" w:rsidR="00AE5806" w:rsidRDefault="00ED0B8A">
            <w:r>
              <w:rPr>
                <w:sz w:val="18"/>
              </w:rPr>
              <w:t>__________________________________________________________</w:t>
            </w:r>
          </w:p>
        </w:tc>
      </w:tr>
      <w:tr w:rsidR="00AE5806" w14:paraId="7317B13B" w14:textId="77777777" w:rsidTr="001D73D7">
        <w:trPr>
          <w:jc w:val="center"/>
        </w:trPr>
        <w:tc>
          <w:tcPr>
            <w:tcW w:w="3960" w:type="dxa"/>
            <w:shd w:val="clear" w:color="auto" w:fill="DAEEF3" w:themeFill="accent5" w:themeFillTint="33"/>
            <w:vAlign w:val="center"/>
          </w:tcPr>
          <w:p w14:paraId="6E0B944D" w14:textId="77777777" w:rsidR="00AE5806" w:rsidRDefault="0018581B">
            <w:r>
              <w:rPr>
                <w:b/>
                <w:sz w:val="18"/>
              </w:rPr>
              <w:t>Chapter Contact / Email</w:t>
            </w:r>
          </w:p>
        </w:tc>
        <w:tc>
          <w:tcPr>
            <w:tcW w:w="6588" w:type="dxa"/>
            <w:vAlign w:val="center"/>
          </w:tcPr>
          <w:p w14:paraId="4D453539" w14:textId="45EE3FC0" w:rsidR="00AE5806" w:rsidRDefault="00ED0B8A">
            <w:r>
              <w:rPr>
                <w:sz w:val="18"/>
              </w:rPr>
              <w:t>__________________________________________________________</w:t>
            </w:r>
          </w:p>
        </w:tc>
      </w:tr>
    </w:tbl>
    <w:p w14:paraId="6EF7295B" w14:textId="77777777" w:rsidR="00AE5806" w:rsidRPr="001D73D7" w:rsidRDefault="0018581B">
      <w:pPr>
        <w:pStyle w:val="Heading1"/>
        <w:rPr>
          <w:color w:val="215868" w:themeColor="accent5" w:themeShade="80"/>
        </w:rPr>
      </w:pPr>
      <w:r w:rsidRPr="001D73D7">
        <w:rPr>
          <w:color w:val="215868" w:themeColor="accent5" w:themeShade="80"/>
        </w:rPr>
        <w:t>STUDENT INFORMATION</w:t>
      </w:r>
    </w:p>
    <w:tbl>
      <w:tblPr>
        <w:tblW w:w="10638" w:type="dxa"/>
        <w:tblLook w:val="04A0" w:firstRow="1" w:lastRow="0" w:firstColumn="1" w:lastColumn="0" w:noHBand="0" w:noVBand="1"/>
      </w:tblPr>
      <w:tblGrid>
        <w:gridCol w:w="3964"/>
        <w:gridCol w:w="6674"/>
      </w:tblGrid>
      <w:tr w:rsidR="00AE5806" w14:paraId="1850BB36" w14:textId="77777777" w:rsidTr="003E21BC">
        <w:tc>
          <w:tcPr>
            <w:tcW w:w="3978" w:type="dxa"/>
            <w:shd w:val="clear" w:color="auto" w:fill="F2F2F2"/>
            <w:vAlign w:val="center"/>
          </w:tcPr>
          <w:p w14:paraId="1AFA6AE4" w14:textId="77777777" w:rsidR="00AE5806" w:rsidRDefault="0018581B">
            <w:r>
              <w:rPr>
                <w:b/>
                <w:sz w:val="18"/>
              </w:rPr>
              <w:t>Full Name</w:t>
            </w:r>
          </w:p>
        </w:tc>
        <w:tc>
          <w:tcPr>
            <w:tcW w:w="6660" w:type="dxa"/>
            <w:vAlign w:val="center"/>
          </w:tcPr>
          <w:p w14:paraId="13E376C9" w14:textId="467A290F" w:rsidR="00AE5806" w:rsidRDefault="00ED0B8A">
            <w:r>
              <w:rPr>
                <w:sz w:val="18"/>
              </w:rPr>
              <w:t>_______________________________________</w:t>
            </w:r>
            <w:r w:rsidR="003E21BC">
              <w:rPr>
                <w:sz w:val="18"/>
              </w:rPr>
              <w:t>___________________</w:t>
            </w:r>
            <w:r>
              <w:rPr>
                <w:sz w:val="18"/>
              </w:rPr>
              <w:t>______________</w:t>
            </w:r>
            <w:r w:rsidR="0085566A">
              <w:rPr>
                <w:sz w:val="18"/>
              </w:rPr>
              <w:t>_</w:t>
            </w:r>
            <w:r>
              <w:rPr>
                <w:sz w:val="18"/>
              </w:rPr>
              <w:t>_____</w:t>
            </w:r>
          </w:p>
        </w:tc>
      </w:tr>
      <w:tr w:rsidR="00AE5806" w14:paraId="1DF1B314" w14:textId="77777777" w:rsidTr="003E21BC">
        <w:tc>
          <w:tcPr>
            <w:tcW w:w="3978" w:type="dxa"/>
            <w:shd w:val="clear" w:color="auto" w:fill="F2F2F2"/>
            <w:vAlign w:val="center"/>
          </w:tcPr>
          <w:p w14:paraId="6C2AD750" w14:textId="0943A67E" w:rsidR="00AE5806" w:rsidRDefault="0018581B">
            <w:r>
              <w:rPr>
                <w:b/>
                <w:sz w:val="18"/>
              </w:rPr>
              <w:t>Preferred Name</w:t>
            </w:r>
            <w:r w:rsidR="00ED0B8A">
              <w:rPr>
                <w:b/>
                <w:sz w:val="18"/>
              </w:rPr>
              <w:t xml:space="preserve"> (to print on certificate)</w:t>
            </w:r>
          </w:p>
        </w:tc>
        <w:tc>
          <w:tcPr>
            <w:tcW w:w="6660" w:type="dxa"/>
            <w:vAlign w:val="center"/>
          </w:tcPr>
          <w:p w14:paraId="429309F4" w14:textId="162AC5C8" w:rsidR="00AE5806" w:rsidRDefault="00ED0B8A">
            <w:r>
              <w:rPr>
                <w:sz w:val="18"/>
              </w:rPr>
              <w:t>_________</w:t>
            </w:r>
            <w:r w:rsidR="003E21BC">
              <w:rPr>
                <w:sz w:val="18"/>
              </w:rPr>
              <w:t>___________________</w:t>
            </w:r>
            <w:r>
              <w:rPr>
                <w:sz w:val="18"/>
              </w:rPr>
              <w:t>__________________________________________</w:t>
            </w:r>
            <w:r w:rsidR="0085566A">
              <w:rPr>
                <w:sz w:val="18"/>
              </w:rPr>
              <w:t>_</w:t>
            </w:r>
            <w:r>
              <w:rPr>
                <w:sz w:val="18"/>
              </w:rPr>
              <w:t>_______</w:t>
            </w:r>
          </w:p>
        </w:tc>
      </w:tr>
      <w:tr w:rsidR="00AE5806" w14:paraId="41ADCABC" w14:textId="77777777" w:rsidTr="003E21BC">
        <w:tc>
          <w:tcPr>
            <w:tcW w:w="3978" w:type="dxa"/>
            <w:shd w:val="clear" w:color="auto" w:fill="F2F2F2"/>
            <w:vAlign w:val="center"/>
          </w:tcPr>
          <w:p w14:paraId="5C6FCD25" w14:textId="5927DD0C" w:rsidR="00AE5806" w:rsidRPr="00ED0B8A" w:rsidRDefault="00ED0B8A">
            <w:pPr>
              <w:rPr>
                <w:b/>
                <w:bCs/>
              </w:rPr>
            </w:pPr>
            <w:r w:rsidRPr="00ED0B8A">
              <w:rPr>
                <w:b/>
                <w:bCs/>
                <w:sz w:val="18"/>
                <w:szCs w:val="20"/>
              </w:rPr>
              <w:t>Major</w:t>
            </w:r>
          </w:p>
        </w:tc>
        <w:tc>
          <w:tcPr>
            <w:tcW w:w="6660" w:type="dxa"/>
            <w:vAlign w:val="center"/>
          </w:tcPr>
          <w:p w14:paraId="481DFE33" w14:textId="33148337" w:rsidR="00AE5806" w:rsidRDefault="00ED0B8A">
            <w:r>
              <w:rPr>
                <w:sz w:val="18"/>
              </w:rPr>
              <w:t>_________</w:t>
            </w:r>
            <w:r w:rsidR="003E21BC">
              <w:rPr>
                <w:sz w:val="18"/>
              </w:rPr>
              <w:t>___________________</w:t>
            </w:r>
            <w:r>
              <w:rPr>
                <w:sz w:val="18"/>
              </w:rPr>
              <w:t>________________________________________</w:t>
            </w:r>
            <w:r w:rsidR="0085566A">
              <w:rPr>
                <w:sz w:val="18"/>
              </w:rPr>
              <w:t>_</w:t>
            </w:r>
            <w:r>
              <w:rPr>
                <w:sz w:val="18"/>
              </w:rPr>
              <w:t>_________</w:t>
            </w:r>
          </w:p>
        </w:tc>
      </w:tr>
      <w:tr w:rsidR="00AE5806" w14:paraId="39CC22AC" w14:textId="77777777" w:rsidTr="003E21BC">
        <w:tc>
          <w:tcPr>
            <w:tcW w:w="3978" w:type="dxa"/>
            <w:shd w:val="clear" w:color="auto" w:fill="F2F2F2"/>
            <w:vAlign w:val="center"/>
          </w:tcPr>
          <w:p w14:paraId="434770D4" w14:textId="1855852E" w:rsidR="00AE5806" w:rsidRDefault="00ED0B8A">
            <w:r>
              <w:rPr>
                <w:b/>
                <w:sz w:val="18"/>
              </w:rPr>
              <w:t>Minor/Concentration</w:t>
            </w:r>
          </w:p>
        </w:tc>
        <w:tc>
          <w:tcPr>
            <w:tcW w:w="6660" w:type="dxa"/>
            <w:vAlign w:val="center"/>
          </w:tcPr>
          <w:p w14:paraId="26C04963" w14:textId="2A3B2FBB" w:rsidR="00AE5806" w:rsidRDefault="00ED0B8A">
            <w:r>
              <w:rPr>
                <w:sz w:val="18"/>
              </w:rPr>
              <w:t>___________________</w:t>
            </w:r>
            <w:r w:rsidR="003E21BC">
              <w:rPr>
                <w:sz w:val="18"/>
              </w:rPr>
              <w:t>___________________</w:t>
            </w:r>
            <w:r>
              <w:rPr>
                <w:sz w:val="18"/>
              </w:rPr>
              <w:t>__________________________</w:t>
            </w:r>
            <w:r w:rsidR="0085566A">
              <w:rPr>
                <w:sz w:val="18"/>
              </w:rPr>
              <w:t>_</w:t>
            </w:r>
            <w:r>
              <w:rPr>
                <w:sz w:val="18"/>
              </w:rPr>
              <w:t>_____________</w:t>
            </w:r>
          </w:p>
        </w:tc>
      </w:tr>
      <w:tr w:rsidR="00AE5806" w14:paraId="1011628F" w14:textId="77777777" w:rsidTr="003E21BC">
        <w:tc>
          <w:tcPr>
            <w:tcW w:w="3978" w:type="dxa"/>
            <w:shd w:val="clear" w:color="auto" w:fill="F2F2F2"/>
            <w:vAlign w:val="center"/>
          </w:tcPr>
          <w:p w14:paraId="675AF3CD" w14:textId="1A9A4E72" w:rsidR="00AE5806" w:rsidRDefault="00ED0B8A">
            <w:r>
              <w:rPr>
                <w:b/>
                <w:sz w:val="18"/>
              </w:rPr>
              <w:t>Expected Graduation Date</w:t>
            </w:r>
          </w:p>
        </w:tc>
        <w:tc>
          <w:tcPr>
            <w:tcW w:w="6660" w:type="dxa"/>
            <w:vAlign w:val="center"/>
          </w:tcPr>
          <w:p w14:paraId="2747FF14" w14:textId="184ADEC7" w:rsidR="00AE5806" w:rsidRDefault="00ED0B8A">
            <w:r>
              <w:rPr>
                <w:sz w:val="18"/>
              </w:rPr>
              <w:t>______________________</w:t>
            </w:r>
            <w:r w:rsidR="003E21BC">
              <w:rPr>
                <w:sz w:val="18"/>
              </w:rPr>
              <w:t>___________________</w:t>
            </w:r>
            <w:r>
              <w:rPr>
                <w:sz w:val="18"/>
              </w:rPr>
              <w:t>___________________</w:t>
            </w:r>
            <w:r w:rsidR="0085566A">
              <w:rPr>
                <w:sz w:val="18"/>
              </w:rPr>
              <w:t>_</w:t>
            </w:r>
            <w:r>
              <w:rPr>
                <w:sz w:val="18"/>
              </w:rPr>
              <w:t>_________________</w:t>
            </w:r>
          </w:p>
        </w:tc>
      </w:tr>
      <w:tr w:rsidR="00AE5806" w14:paraId="7913EAFB" w14:textId="77777777" w:rsidTr="003E21BC">
        <w:tc>
          <w:tcPr>
            <w:tcW w:w="3978" w:type="dxa"/>
            <w:shd w:val="clear" w:color="auto" w:fill="F2F2F2"/>
            <w:vAlign w:val="center"/>
          </w:tcPr>
          <w:p w14:paraId="05FEB596" w14:textId="6C05105F" w:rsidR="00AE5806" w:rsidRDefault="00ED0B8A">
            <w:r>
              <w:rPr>
                <w:b/>
                <w:sz w:val="18"/>
              </w:rPr>
              <w:t xml:space="preserve">Preferred </w:t>
            </w:r>
            <w:r>
              <w:rPr>
                <w:b/>
                <w:sz w:val="18"/>
              </w:rPr>
              <w:t>Email Address</w:t>
            </w:r>
            <w:r>
              <w:rPr>
                <w:b/>
                <w:sz w:val="18"/>
              </w:rPr>
              <w:t>(es)</w:t>
            </w:r>
          </w:p>
        </w:tc>
        <w:tc>
          <w:tcPr>
            <w:tcW w:w="6660" w:type="dxa"/>
            <w:vAlign w:val="center"/>
          </w:tcPr>
          <w:p w14:paraId="1788E05C" w14:textId="2CCAB01F" w:rsidR="00AE5806" w:rsidRDefault="00ED0B8A">
            <w:r>
              <w:rPr>
                <w:sz w:val="18"/>
              </w:rPr>
              <w:t>____________________________</w:t>
            </w:r>
            <w:r w:rsidR="003E21BC">
              <w:rPr>
                <w:sz w:val="18"/>
              </w:rPr>
              <w:t>___________________</w:t>
            </w:r>
            <w:r>
              <w:rPr>
                <w:sz w:val="18"/>
              </w:rPr>
              <w:t>_____________</w:t>
            </w:r>
            <w:r w:rsidR="0085566A">
              <w:rPr>
                <w:sz w:val="18"/>
              </w:rPr>
              <w:t>_</w:t>
            </w:r>
            <w:r>
              <w:rPr>
                <w:sz w:val="18"/>
              </w:rPr>
              <w:t>_________________</w:t>
            </w:r>
          </w:p>
        </w:tc>
      </w:tr>
      <w:tr w:rsidR="00AE5806" w14:paraId="7DC6E1F3" w14:textId="77777777" w:rsidTr="003E21BC">
        <w:tc>
          <w:tcPr>
            <w:tcW w:w="3978" w:type="dxa"/>
            <w:shd w:val="clear" w:color="auto" w:fill="F2F2F2"/>
            <w:vAlign w:val="center"/>
          </w:tcPr>
          <w:p w14:paraId="0C2A9CEB" w14:textId="2C7F72B0" w:rsidR="00AE5806" w:rsidRDefault="00ED0B8A">
            <w:r>
              <w:rPr>
                <w:b/>
                <w:sz w:val="18"/>
              </w:rPr>
              <w:t>Phone Number</w:t>
            </w:r>
          </w:p>
        </w:tc>
        <w:tc>
          <w:tcPr>
            <w:tcW w:w="6660" w:type="dxa"/>
            <w:vAlign w:val="center"/>
          </w:tcPr>
          <w:p w14:paraId="59D28F0E" w14:textId="03CBF0C8" w:rsidR="00AE5806" w:rsidRDefault="00ED0B8A">
            <w:r>
              <w:rPr>
                <w:sz w:val="18"/>
              </w:rPr>
              <w:t>______________________________</w:t>
            </w:r>
            <w:r w:rsidR="003E21BC">
              <w:rPr>
                <w:sz w:val="18"/>
              </w:rPr>
              <w:t>___________________</w:t>
            </w:r>
            <w:r>
              <w:rPr>
                <w:sz w:val="18"/>
              </w:rPr>
              <w:t>____________</w:t>
            </w:r>
            <w:r w:rsidR="0085566A">
              <w:rPr>
                <w:sz w:val="18"/>
              </w:rPr>
              <w:t>_</w:t>
            </w:r>
            <w:r>
              <w:rPr>
                <w:sz w:val="18"/>
              </w:rPr>
              <w:t>________________</w:t>
            </w:r>
          </w:p>
        </w:tc>
      </w:tr>
      <w:tr w:rsidR="0085566A" w14:paraId="051A4D36" w14:textId="77777777" w:rsidTr="003E21BC">
        <w:tc>
          <w:tcPr>
            <w:tcW w:w="3978" w:type="dxa"/>
            <w:shd w:val="clear" w:color="auto" w:fill="F2F2F2"/>
            <w:vAlign w:val="center"/>
          </w:tcPr>
          <w:p w14:paraId="24A0551D" w14:textId="05875A65" w:rsidR="0085566A" w:rsidRDefault="0085566A">
            <w:pPr>
              <w:rPr>
                <w:b/>
                <w:sz w:val="18"/>
              </w:rPr>
            </w:pPr>
            <w:r>
              <w:rPr>
                <w:b/>
                <w:sz w:val="18"/>
              </w:rPr>
              <w:t>Mailing Address</w:t>
            </w:r>
          </w:p>
        </w:tc>
        <w:tc>
          <w:tcPr>
            <w:tcW w:w="6660" w:type="dxa"/>
            <w:vAlign w:val="center"/>
          </w:tcPr>
          <w:p w14:paraId="35EDF69A" w14:textId="4A8441AD" w:rsidR="0085566A" w:rsidRDefault="0085566A">
            <w:pPr>
              <w:rPr>
                <w:sz w:val="18"/>
              </w:rPr>
            </w:pPr>
            <w:r>
              <w:rPr>
                <w:sz w:val="18"/>
              </w:rPr>
              <w:t>_______________________________</w:t>
            </w:r>
            <w:r w:rsidR="003E21BC">
              <w:rPr>
                <w:sz w:val="18"/>
              </w:rPr>
              <w:t>___________________</w:t>
            </w:r>
            <w:r>
              <w:rPr>
                <w:sz w:val="18"/>
              </w:rPr>
              <w:t>____________________________</w:t>
            </w:r>
          </w:p>
        </w:tc>
      </w:tr>
    </w:tbl>
    <w:p w14:paraId="4CA410C6" w14:textId="77777777" w:rsidR="00417353" w:rsidRPr="00417353" w:rsidRDefault="00417353" w:rsidP="00417353">
      <w:pPr>
        <w:pStyle w:val="Heading1"/>
        <w:spacing w:before="0" w:line="240" w:lineRule="auto"/>
        <w:rPr>
          <w:sz w:val="8"/>
          <w:szCs w:val="8"/>
        </w:rPr>
      </w:pPr>
    </w:p>
    <w:p w14:paraId="13804BC2" w14:textId="2648A9BA" w:rsidR="00AE5806" w:rsidRPr="001D73D7" w:rsidRDefault="0018581B" w:rsidP="0085566A">
      <w:pPr>
        <w:pStyle w:val="Heading1"/>
        <w:rPr>
          <w:color w:val="215868" w:themeColor="accent5" w:themeShade="80"/>
        </w:rPr>
      </w:pPr>
      <w:r w:rsidRPr="001D73D7">
        <w:rPr>
          <w:color w:val="215868" w:themeColor="accent5" w:themeShade="80"/>
        </w:rPr>
        <w:t>SOCIOLOGY COURSEWORK</w:t>
      </w:r>
    </w:p>
    <w:p w14:paraId="3BE70A0C" w14:textId="28EFE639" w:rsidR="00AE5806" w:rsidRDefault="0018581B">
      <w:r>
        <w:t>Please list the sociology courses you have completed</w:t>
      </w:r>
      <w:r>
        <w:t>.</w:t>
      </w:r>
    </w:p>
    <w:tbl>
      <w:tblPr>
        <w:tblW w:w="10596" w:type="dxa"/>
        <w:tblLook w:val="04A0" w:firstRow="1" w:lastRow="0" w:firstColumn="1" w:lastColumn="0" w:noHBand="0" w:noVBand="1"/>
      </w:tblPr>
      <w:tblGrid>
        <w:gridCol w:w="1755"/>
        <w:gridCol w:w="5598"/>
        <w:gridCol w:w="1688"/>
        <w:gridCol w:w="1555"/>
      </w:tblGrid>
      <w:tr w:rsidR="00AE5806" w14:paraId="06E08089" w14:textId="77777777" w:rsidTr="001D73D7">
        <w:trPr>
          <w:trHeight w:val="103"/>
        </w:trPr>
        <w:tc>
          <w:tcPr>
            <w:tcW w:w="1755" w:type="dxa"/>
            <w:shd w:val="clear" w:color="auto" w:fill="DAEEF3" w:themeFill="accent5" w:themeFillTint="33"/>
            <w:vAlign w:val="center"/>
          </w:tcPr>
          <w:p w14:paraId="29794D85" w14:textId="77777777" w:rsidR="00AE5806" w:rsidRDefault="0018581B">
            <w:r>
              <w:rPr>
                <w:b/>
                <w:sz w:val="18"/>
              </w:rPr>
              <w:t>Course Number</w:t>
            </w:r>
          </w:p>
        </w:tc>
        <w:tc>
          <w:tcPr>
            <w:tcW w:w="5598" w:type="dxa"/>
            <w:shd w:val="clear" w:color="auto" w:fill="DAEEF3" w:themeFill="accent5" w:themeFillTint="33"/>
            <w:vAlign w:val="center"/>
          </w:tcPr>
          <w:p w14:paraId="2D9FB505" w14:textId="77777777" w:rsidR="00AE5806" w:rsidRDefault="0018581B">
            <w:r>
              <w:rPr>
                <w:b/>
                <w:sz w:val="18"/>
              </w:rPr>
              <w:t>Course Name</w:t>
            </w:r>
          </w:p>
        </w:tc>
        <w:tc>
          <w:tcPr>
            <w:tcW w:w="1688" w:type="dxa"/>
            <w:shd w:val="clear" w:color="auto" w:fill="DAEEF3" w:themeFill="accent5" w:themeFillTint="33"/>
            <w:vAlign w:val="center"/>
          </w:tcPr>
          <w:p w14:paraId="62F04227" w14:textId="77777777" w:rsidR="00AE5806" w:rsidRDefault="0018581B">
            <w:r>
              <w:rPr>
                <w:b/>
                <w:sz w:val="18"/>
              </w:rPr>
              <w:t>Grade</w:t>
            </w:r>
          </w:p>
        </w:tc>
        <w:tc>
          <w:tcPr>
            <w:tcW w:w="1555" w:type="dxa"/>
            <w:shd w:val="clear" w:color="auto" w:fill="DAEEF3" w:themeFill="accent5" w:themeFillTint="33"/>
            <w:vAlign w:val="center"/>
          </w:tcPr>
          <w:p w14:paraId="3626BAFE" w14:textId="77777777" w:rsidR="00AE5806" w:rsidRDefault="0018581B">
            <w:r>
              <w:rPr>
                <w:b/>
                <w:sz w:val="18"/>
              </w:rPr>
              <w:t>Credit Hours</w:t>
            </w:r>
          </w:p>
        </w:tc>
      </w:tr>
      <w:tr w:rsidR="00D96D32" w14:paraId="7EC66D65" w14:textId="77777777" w:rsidTr="00D96D32">
        <w:trPr>
          <w:trHeight w:val="100"/>
        </w:trPr>
        <w:tc>
          <w:tcPr>
            <w:tcW w:w="1755" w:type="dxa"/>
            <w:vAlign w:val="center"/>
          </w:tcPr>
          <w:p w14:paraId="5F9195AD" w14:textId="77777777" w:rsidR="00D96D32" w:rsidRDefault="00D96D32" w:rsidP="00D96D32">
            <w:pPr>
              <w:rPr>
                <w:sz w:val="18"/>
              </w:rPr>
            </w:pPr>
          </w:p>
          <w:p w14:paraId="56CD219D" w14:textId="6F27E729" w:rsidR="00D96D32" w:rsidRDefault="00D96D32" w:rsidP="00D96D32">
            <w:pPr>
              <w:rPr>
                <w:sz w:val="18"/>
              </w:rPr>
            </w:pPr>
            <w:r>
              <w:rPr>
                <w:sz w:val="18"/>
              </w:rPr>
              <w:t>1. ________________</w:t>
            </w:r>
          </w:p>
        </w:tc>
        <w:tc>
          <w:tcPr>
            <w:tcW w:w="5598" w:type="dxa"/>
            <w:vAlign w:val="center"/>
          </w:tcPr>
          <w:p w14:paraId="5A9980E6" w14:textId="77777777" w:rsidR="00D96D32" w:rsidRDefault="00D96D32" w:rsidP="00D96D32">
            <w:pPr>
              <w:rPr>
                <w:sz w:val="18"/>
              </w:rPr>
            </w:pPr>
          </w:p>
          <w:p w14:paraId="168F7435" w14:textId="4DF2F07D" w:rsidR="00D96D32" w:rsidRDefault="00D96D32" w:rsidP="00D96D32">
            <w:pPr>
              <w:rPr>
                <w:sz w:val="18"/>
              </w:rPr>
            </w:pPr>
            <w:r>
              <w:rPr>
                <w:sz w:val="18"/>
              </w:rPr>
              <w:t>_________________________________________________________________</w:t>
            </w:r>
          </w:p>
        </w:tc>
        <w:tc>
          <w:tcPr>
            <w:tcW w:w="1688" w:type="dxa"/>
            <w:vAlign w:val="center"/>
          </w:tcPr>
          <w:p w14:paraId="45932ECD" w14:textId="77777777" w:rsidR="00D96D32" w:rsidRDefault="00D96D32" w:rsidP="00D96D32">
            <w:pPr>
              <w:rPr>
                <w:sz w:val="18"/>
              </w:rPr>
            </w:pPr>
          </w:p>
          <w:p w14:paraId="1869C583" w14:textId="3A773EB9" w:rsidR="00D96D32" w:rsidRDefault="00D96D32" w:rsidP="00D96D32">
            <w:pPr>
              <w:rPr>
                <w:sz w:val="18"/>
              </w:rPr>
            </w:pPr>
            <w:r>
              <w:rPr>
                <w:sz w:val="18"/>
              </w:rPr>
              <w:t>_______________</w:t>
            </w:r>
          </w:p>
        </w:tc>
        <w:tc>
          <w:tcPr>
            <w:tcW w:w="1555" w:type="dxa"/>
            <w:vAlign w:val="center"/>
          </w:tcPr>
          <w:p w14:paraId="2E5A71AF" w14:textId="77777777" w:rsidR="00D96D32" w:rsidRDefault="00D96D32" w:rsidP="00D96D32">
            <w:pPr>
              <w:rPr>
                <w:sz w:val="18"/>
              </w:rPr>
            </w:pPr>
          </w:p>
          <w:p w14:paraId="2CCAE52B" w14:textId="53889500" w:rsidR="00D96D32" w:rsidRDefault="00D96D32" w:rsidP="00D96D32">
            <w:pPr>
              <w:rPr>
                <w:sz w:val="18"/>
              </w:rPr>
            </w:pPr>
            <w:r>
              <w:rPr>
                <w:sz w:val="18"/>
              </w:rPr>
              <w:t>_____________</w:t>
            </w:r>
            <w:r>
              <w:rPr>
                <w:sz w:val="18"/>
              </w:rPr>
              <w:t xml:space="preserve"> </w:t>
            </w:r>
          </w:p>
        </w:tc>
      </w:tr>
      <w:tr w:rsidR="00D96D32" w14:paraId="2DBF1876" w14:textId="77777777" w:rsidTr="00D96D32">
        <w:trPr>
          <w:trHeight w:val="100"/>
        </w:trPr>
        <w:tc>
          <w:tcPr>
            <w:tcW w:w="1755" w:type="dxa"/>
            <w:vAlign w:val="center"/>
          </w:tcPr>
          <w:p w14:paraId="21DA1FDC" w14:textId="2C4F11FE" w:rsidR="00D96D32" w:rsidRDefault="00D96D32" w:rsidP="00D96D32">
            <w:pPr>
              <w:rPr>
                <w:sz w:val="18"/>
              </w:rPr>
            </w:pPr>
            <w:r>
              <w:rPr>
                <w:sz w:val="18"/>
              </w:rPr>
              <w:t>2</w:t>
            </w:r>
            <w:r>
              <w:rPr>
                <w:sz w:val="18"/>
              </w:rPr>
              <w:t>. ________________</w:t>
            </w:r>
          </w:p>
        </w:tc>
        <w:tc>
          <w:tcPr>
            <w:tcW w:w="5598" w:type="dxa"/>
            <w:vAlign w:val="center"/>
          </w:tcPr>
          <w:p w14:paraId="4804F032" w14:textId="0553DCE3" w:rsidR="00D96D32" w:rsidRDefault="00D96D32" w:rsidP="00D96D32">
            <w:pPr>
              <w:rPr>
                <w:sz w:val="18"/>
              </w:rPr>
            </w:pPr>
            <w:r>
              <w:rPr>
                <w:sz w:val="18"/>
              </w:rPr>
              <w:t>_________________________________________________________________</w:t>
            </w:r>
          </w:p>
        </w:tc>
        <w:tc>
          <w:tcPr>
            <w:tcW w:w="1688" w:type="dxa"/>
            <w:vAlign w:val="center"/>
          </w:tcPr>
          <w:p w14:paraId="007F8DA0" w14:textId="2501D876" w:rsidR="00D96D32" w:rsidRDefault="00D96D32" w:rsidP="00D96D32">
            <w:pPr>
              <w:rPr>
                <w:sz w:val="18"/>
              </w:rPr>
            </w:pPr>
            <w:r>
              <w:rPr>
                <w:sz w:val="18"/>
              </w:rPr>
              <w:t>_______________</w:t>
            </w:r>
          </w:p>
        </w:tc>
        <w:tc>
          <w:tcPr>
            <w:tcW w:w="1555" w:type="dxa"/>
            <w:vAlign w:val="center"/>
          </w:tcPr>
          <w:p w14:paraId="3868F656" w14:textId="192FC3AB" w:rsidR="00D96D32" w:rsidRDefault="00D96D32" w:rsidP="00D96D32">
            <w:pPr>
              <w:rPr>
                <w:sz w:val="18"/>
              </w:rPr>
            </w:pPr>
            <w:r>
              <w:rPr>
                <w:sz w:val="18"/>
              </w:rPr>
              <w:t>_____________</w:t>
            </w:r>
            <w:r>
              <w:rPr>
                <w:sz w:val="18"/>
              </w:rPr>
              <w:t xml:space="preserve"> </w:t>
            </w:r>
          </w:p>
        </w:tc>
      </w:tr>
      <w:tr w:rsidR="00D96D32" w14:paraId="40900E15" w14:textId="77777777" w:rsidTr="00D96D32">
        <w:trPr>
          <w:trHeight w:val="100"/>
        </w:trPr>
        <w:tc>
          <w:tcPr>
            <w:tcW w:w="1755" w:type="dxa"/>
            <w:vAlign w:val="center"/>
          </w:tcPr>
          <w:p w14:paraId="3117E764" w14:textId="5F24FC4C" w:rsidR="00D96D32" w:rsidRDefault="00D96D32" w:rsidP="00EC6A5C">
            <w:pPr>
              <w:rPr>
                <w:sz w:val="18"/>
              </w:rPr>
            </w:pPr>
            <w:r>
              <w:rPr>
                <w:sz w:val="18"/>
              </w:rPr>
              <w:t>3</w:t>
            </w:r>
            <w:r>
              <w:rPr>
                <w:sz w:val="18"/>
              </w:rPr>
              <w:t>. ________________</w:t>
            </w:r>
          </w:p>
        </w:tc>
        <w:tc>
          <w:tcPr>
            <w:tcW w:w="5598" w:type="dxa"/>
            <w:vAlign w:val="center"/>
          </w:tcPr>
          <w:p w14:paraId="1D694125" w14:textId="77777777" w:rsidR="00D96D32" w:rsidRDefault="00D96D32" w:rsidP="00EC6A5C">
            <w:pPr>
              <w:rPr>
                <w:sz w:val="18"/>
              </w:rPr>
            </w:pPr>
            <w:r>
              <w:rPr>
                <w:sz w:val="18"/>
              </w:rPr>
              <w:t>_________________________________________________________________</w:t>
            </w:r>
          </w:p>
        </w:tc>
        <w:tc>
          <w:tcPr>
            <w:tcW w:w="1688" w:type="dxa"/>
            <w:vAlign w:val="center"/>
          </w:tcPr>
          <w:p w14:paraId="733805EF" w14:textId="77777777" w:rsidR="00D96D32" w:rsidRDefault="00D96D32" w:rsidP="00EC6A5C">
            <w:pPr>
              <w:rPr>
                <w:sz w:val="18"/>
              </w:rPr>
            </w:pPr>
            <w:r>
              <w:rPr>
                <w:sz w:val="18"/>
              </w:rPr>
              <w:t>_______________</w:t>
            </w:r>
          </w:p>
        </w:tc>
        <w:tc>
          <w:tcPr>
            <w:tcW w:w="1555" w:type="dxa"/>
            <w:vAlign w:val="center"/>
          </w:tcPr>
          <w:p w14:paraId="4831FBA7" w14:textId="77777777" w:rsidR="00D96D32" w:rsidRDefault="00D96D32" w:rsidP="00EC6A5C">
            <w:pPr>
              <w:rPr>
                <w:sz w:val="18"/>
              </w:rPr>
            </w:pPr>
            <w:r>
              <w:rPr>
                <w:sz w:val="18"/>
              </w:rPr>
              <w:t>_____________</w:t>
            </w:r>
          </w:p>
        </w:tc>
      </w:tr>
      <w:tr w:rsidR="00D96D32" w14:paraId="489A6A6E" w14:textId="77777777" w:rsidTr="00D96D32">
        <w:trPr>
          <w:trHeight w:val="100"/>
        </w:trPr>
        <w:tc>
          <w:tcPr>
            <w:tcW w:w="1755" w:type="dxa"/>
            <w:vAlign w:val="center"/>
          </w:tcPr>
          <w:p w14:paraId="4F27D805" w14:textId="773F752E" w:rsidR="00D96D32" w:rsidRDefault="00D96D32" w:rsidP="00EC6A5C">
            <w:pPr>
              <w:rPr>
                <w:sz w:val="18"/>
              </w:rPr>
            </w:pPr>
            <w:r>
              <w:rPr>
                <w:sz w:val="18"/>
              </w:rPr>
              <w:t>4</w:t>
            </w:r>
            <w:r>
              <w:rPr>
                <w:sz w:val="18"/>
              </w:rPr>
              <w:t>. ________________</w:t>
            </w:r>
          </w:p>
        </w:tc>
        <w:tc>
          <w:tcPr>
            <w:tcW w:w="5598" w:type="dxa"/>
            <w:vAlign w:val="center"/>
          </w:tcPr>
          <w:p w14:paraId="2F840990" w14:textId="77777777" w:rsidR="00D96D32" w:rsidRDefault="00D96D32" w:rsidP="00EC6A5C">
            <w:pPr>
              <w:rPr>
                <w:sz w:val="18"/>
              </w:rPr>
            </w:pPr>
            <w:r>
              <w:rPr>
                <w:sz w:val="18"/>
              </w:rPr>
              <w:t>_________________________________________________________________</w:t>
            </w:r>
          </w:p>
        </w:tc>
        <w:tc>
          <w:tcPr>
            <w:tcW w:w="1688" w:type="dxa"/>
            <w:vAlign w:val="center"/>
          </w:tcPr>
          <w:p w14:paraId="1116896A" w14:textId="77777777" w:rsidR="00D96D32" w:rsidRDefault="00D96D32" w:rsidP="00EC6A5C">
            <w:pPr>
              <w:rPr>
                <w:sz w:val="18"/>
              </w:rPr>
            </w:pPr>
            <w:r>
              <w:rPr>
                <w:sz w:val="18"/>
              </w:rPr>
              <w:t>_______________</w:t>
            </w:r>
          </w:p>
        </w:tc>
        <w:tc>
          <w:tcPr>
            <w:tcW w:w="1555" w:type="dxa"/>
            <w:vAlign w:val="center"/>
          </w:tcPr>
          <w:p w14:paraId="79D3ACD5" w14:textId="77777777" w:rsidR="00D96D32" w:rsidRDefault="00D96D32" w:rsidP="00EC6A5C">
            <w:pPr>
              <w:rPr>
                <w:sz w:val="18"/>
              </w:rPr>
            </w:pPr>
            <w:r>
              <w:rPr>
                <w:sz w:val="18"/>
              </w:rPr>
              <w:t>_____________</w:t>
            </w:r>
          </w:p>
        </w:tc>
      </w:tr>
      <w:tr w:rsidR="00D96D32" w14:paraId="0A27A04C" w14:textId="77777777" w:rsidTr="00D96D32">
        <w:trPr>
          <w:trHeight w:val="100"/>
        </w:trPr>
        <w:tc>
          <w:tcPr>
            <w:tcW w:w="1755" w:type="dxa"/>
            <w:vAlign w:val="center"/>
          </w:tcPr>
          <w:p w14:paraId="652A7993" w14:textId="27481848" w:rsidR="00D96D32" w:rsidRDefault="00D96D32" w:rsidP="00EC6A5C">
            <w:pPr>
              <w:rPr>
                <w:sz w:val="18"/>
              </w:rPr>
            </w:pPr>
            <w:r>
              <w:rPr>
                <w:sz w:val="18"/>
              </w:rPr>
              <w:t>5</w:t>
            </w:r>
            <w:r>
              <w:rPr>
                <w:sz w:val="18"/>
              </w:rPr>
              <w:t>. ________________</w:t>
            </w:r>
          </w:p>
        </w:tc>
        <w:tc>
          <w:tcPr>
            <w:tcW w:w="5598" w:type="dxa"/>
            <w:vAlign w:val="center"/>
          </w:tcPr>
          <w:p w14:paraId="3A5C1A91" w14:textId="77777777" w:rsidR="00D96D32" w:rsidRDefault="00D96D32" w:rsidP="00EC6A5C">
            <w:pPr>
              <w:rPr>
                <w:sz w:val="18"/>
              </w:rPr>
            </w:pPr>
            <w:r>
              <w:rPr>
                <w:sz w:val="18"/>
              </w:rPr>
              <w:t>_________________________________________________________________</w:t>
            </w:r>
          </w:p>
        </w:tc>
        <w:tc>
          <w:tcPr>
            <w:tcW w:w="1688" w:type="dxa"/>
            <w:vAlign w:val="center"/>
          </w:tcPr>
          <w:p w14:paraId="50F3FE92" w14:textId="77777777" w:rsidR="00D96D32" w:rsidRDefault="00D96D32" w:rsidP="00EC6A5C">
            <w:pPr>
              <w:rPr>
                <w:sz w:val="18"/>
              </w:rPr>
            </w:pPr>
            <w:r>
              <w:rPr>
                <w:sz w:val="18"/>
              </w:rPr>
              <w:t>_______________</w:t>
            </w:r>
          </w:p>
        </w:tc>
        <w:tc>
          <w:tcPr>
            <w:tcW w:w="1555" w:type="dxa"/>
            <w:vAlign w:val="center"/>
          </w:tcPr>
          <w:p w14:paraId="55326A5F" w14:textId="77777777" w:rsidR="00D96D32" w:rsidRDefault="00D96D32" w:rsidP="00EC6A5C">
            <w:pPr>
              <w:rPr>
                <w:sz w:val="18"/>
              </w:rPr>
            </w:pPr>
            <w:r>
              <w:rPr>
                <w:sz w:val="18"/>
              </w:rPr>
              <w:t>_____________</w:t>
            </w:r>
          </w:p>
        </w:tc>
      </w:tr>
      <w:tr w:rsidR="00D96D32" w14:paraId="5849D303" w14:textId="77777777" w:rsidTr="00D96D32">
        <w:trPr>
          <w:trHeight w:val="100"/>
        </w:trPr>
        <w:tc>
          <w:tcPr>
            <w:tcW w:w="1755" w:type="dxa"/>
            <w:vAlign w:val="center"/>
          </w:tcPr>
          <w:p w14:paraId="20B375F3" w14:textId="6ACA5FC9" w:rsidR="00D96D32" w:rsidRDefault="00D96D32" w:rsidP="0085566A">
            <w:pPr>
              <w:spacing w:after="0"/>
              <w:rPr>
                <w:sz w:val="18"/>
              </w:rPr>
            </w:pPr>
            <w:r>
              <w:rPr>
                <w:sz w:val="18"/>
              </w:rPr>
              <w:t>6</w:t>
            </w:r>
            <w:r>
              <w:rPr>
                <w:sz w:val="18"/>
              </w:rPr>
              <w:t>. ________________</w:t>
            </w:r>
          </w:p>
        </w:tc>
        <w:tc>
          <w:tcPr>
            <w:tcW w:w="5598" w:type="dxa"/>
            <w:vAlign w:val="center"/>
          </w:tcPr>
          <w:p w14:paraId="3FCD134A" w14:textId="77777777" w:rsidR="00D96D32" w:rsidRDefault="00D96D32" w:rsidP="0085566A">
            <w:pPr>
              <w:spacing w:after="0"/>
              <w:rPr>
                <w:sz w:val="18"/>
              </w:rPr>
            </w:pPr>
            <w:r>
              <w:rPr>
                <w:sz w:val="18"/>
              </w:rPr>
              <w:t>_________________________________________________________________</w:t>
            </w:r>
          </w:p>
        </w:tc>
        <w:tc>
          <w:tcPr>
            <w:tcW w:w="1688" w:type="dxa"/>
            <w:vAlign w:val="center"/>
          </w:tcPr>
          <w:p w14:paraId="2AD39969" w14:textId="77777777" w:rsidR="00D96D32" w:rsidRDefault="00D96D32" w:rsidP="0085566A">
            <w:pPr>
              <w:spacing w:after="0"/>
              <w:rPr>
                <w:sz w:val="18"/>
              </w:rPr>
            </w:pPr>
            <w:r>
              <w:rPr>
                <w:sz w:val="18"/>
              </w:rPr>
              <w:t>_______________</w:t>
            </w:r>
          </w:p>
        </w:tc>
        <w:tc>
          <w:tcPr>
            <w:tcW w:w="1555" w:type="dxa"/>
            <w:vAlign w:val="center"/>
          </w:tcPr>
          <w:p w14:paraId="2D3EAB99" w14:textId="77777777" w:rsidR="00D96D32" w:rsidRDefault="00D96D32" w:rsidP="0085566A">
            <w:pPr>
              <w:spacing w:after="0"/>
              <w:rPr>
                <w:sz w:val="18"/>
              </w:rPr>
            </w:pPr>
            <w:r>
              <w:rPr>
                <w:sz w:val="18"/>
              </w:rPr>
              <w:t>_____________</w:t>
            </w:r>
          </w:p>
        </w:tc>
      </w:tr>
    </w:tbl>
    <w:p w14:paraId="7AA00F80" w14:textId="77777777" w:rsidR="00AE5806" w:rsidRPr="001D73D7" w:rsidRDefault="0018581B" w:rsidP="0085566A">
      <w:pPr>
        <w:pStyle w:val="Heading1"/>
        <w:rPr>
          <w:color w:val="215868" w:themeColor="accent5" w:themeShade="80"/>
        </w:rPr>
      </w:pPr>
      <w:r w:rsidRPr="001D73D7">
        <w:rPr>
          <w:color w:val="215868" w:themeColor="accent5" w:themeShade="80"/>
        </w:rPr>
        <w:t>STUDENT ACKNOWLEDGMENT</w:t>
      </w:r>
    </w:p>
    <w:p w14:paraId="697FA7D8" w14:textId="77777777" w:rsidR="00AE5806" w:rsidRDefault="0018581B">
      <w:r>
        <w:t>I certify that the information provided on this application is accurate and complete. I give the faculty member serving as the AKD Chapter Representative permission to verify my academic information for the purpose of determining eligibility for membership in Alpha Kappa Delta.</w:t>
      </w:r>
    </w:p>
    <w:tbl>
      <w:tblPr>
        <w:tblW w:w="12312" w:type="dxa"/>
        <w:tblLook w:val="04A0" w:firstRow="1" w:lastRow="0" w:firstColumn="1" w:lastColumn="0" w:noHBand="0" w:noVBand="1"/>
      </w:tblPr>
      <w:tblGrid>
        <w:gridCol w:w="7128"/>
        <w:gridCol w:w="5184"/>
      </w:tblGrid>
      <w:tr w:rsidR="00AE5806" w14:paraId="50141EA2" w14:textId="77777777" w:rsidTr="0085566A">
        <w:tc>
          <w:tcPr>
            <w:tcW w:w="7128" w:type="dxa"/>
            <w:vAlign w:val="center"/>
          </w:tcPr>
          <w:p w14:paraId="6156FD88" w14:textId="7ABA1917" w:rsidR="00AE5806" w:rsidRDefault="0018581B">
            <w:r>
              <w:rPr>
                <w:sz w:val="18"/>
              </w:rPr>
              <w:t>Student Signature: _____________________________</w:t>
            </w:r>
            <w:r w:rsidR="0085566A">
              <w:rPr>
                <w:sz w:val="18"/>
              </w:rPr>
              <w:t>____</w:t>
            </w:r>
            <w:r>
              <w:rPr>
                <w:sz w:val="18"/>
              </w:rPr>
              <w:t>_</w:t>
            </w:r>
            <w:r w:rsidR="0085566A">
              <w:rPr>
                <w:sz w:val="18"/>
              </w:rPr>
              <w:t>_____________________</w:t>
            </w:r>
            <w:r>
              <w:rPr>
                <w:sz w:val="18"/>
              </w:rPr>
              <w:t>________</w:t>
            </w:r>
          </w:p>
        </w:tc>
        <w:tc>
          <w:tcPr>
            <w:tcW w:w="5184" w:type="dxa"/>
            <w:vAlign w:val="center"/>
          </w:tcPr>
          <w:p w14:paraId="6149321B" w14:textId="77777777" w:rsidR="00AE5806" w:rsidRDefault="0018581B">
            <w:r>
              <w:rPr>
                <w:sz w:val="18"/>
              </w:rPr>
              <w:t>Date: __________________</w:t>
            </w:r>
          </w:p>
        </w:tc>
      </w:tr>
      <w:tr w:rsidR="00AE5806" w14:paraId="543BE265" w14:textId="77777777" w:rsidTr="0085566A">
        <w:tc>
          <w:tcPr>
            <w:tcW w:w="7128" w:type="dxa"/>
            <w:vAlign w:val="center"/>
          </w:tcPr>
          <w:p w14:paraId="2EE80B1D" w14:textId="595ABDB3" w:rsidR="00AE5806" w:rsidRDefault="0018581B">
            <w:r>
              <w:rPr>
                <w:sz w:val="18"/>
              </w:rPr>
              <w:t>Chapter Representative: ___________________________</w:t>
            </w:r>
            <w:r w:rsidR="0085566A">
              <w:rPr>
                <w:sz w:val="18"/>
              </w:rPr>
              <w:t>_________________________</w:t>
            </w:r>
            <w:r>
              <w:rPr>
                <w:sz w:val="18"/>
              </w:rPr>
              <w:t>______</w:t>
            </w:r>
          </w:p>
        </w:tc>
        <w:tc>
          <w:tcPr>
            <w:tcW w:w="5184" w:type="dxa"/>
            <w:vAlign w:val="center"/>
          </w:tcPr>
          <w:p w14:paraId="16FF1E58" w14:textId="77777777" w:rsidR="00AE5806" w:rsidRDefault="0018581B">
            <w:r>
              <w:rPr>
                <w:sz w:val="18"/>
              </w:rPr>
              <w:t>Date: __________________</w:t>
            </w:r>
          </w:p>
        </w:tc>
      </w:tr>
    </w:tbl>
    <w:p w14:paraId="18692106" w14:textId="597AC34D" w:rsidR="00AE5806" w:rsidRDefault="0018581B">
      <w:pPr>
        <w:pStyle w:val="Heading1"/>
      </w:pPr>
      <w:r w:rsidRPr="001D73D7">
        <w:rPr>
          <w:color w:val="215868" w:themeColor="accent5" w:themeShade="80"/>
        </w:rPr>
        <w:t>FOR CHAPTER USE ONLY</w:t>
      </w:r>
    </w:p>
    <w:tbl>
      <w:tblPr>
        <w:tblW w:w="0" w:type="auto"/>
        <w:tblLook w:val="04A0" w:firstRow="1" w:lastRow="0" w:firstColumn="1" w:lastColumn="0" w:noHBand="0" w:noVBand="1"/>
      </w:tblPr>
      <w:tblGrid>
        <w:gridCol w:w="2592"/>
        <w:gridCol w:w="2592"/>
        <w:gridCol w:w="2592"/>
        <w:gridCol w:w="2592"/>
      </w:tblGrid>
      <w:tr w:rsidR="00AE5806" w14:paraId="138E47D1" w14:textId="77777777">
        <w:tc>
          <w:tcPr>
            <w:tcW w:w="2592" w:type="dxa"/>
            <w:shd w:val="clear" w:color="auto" w:fill="F2F2F2"/>
            <w:vAlign w:val="center"/>
          </w:tcPr>
          <w:p w14:paraId="14249EFA" w14:textId="77777777" w:rsidR="00AE5806" w:rsidRDefault="0018581B">
            <w:r>
              <w:rPr>
                <w:b/>
                <w:sz w:val="18"/>
              </w:rPr>
              <w:t>Eligibility Verified</w:t>
            </w:r>
          </w:p>
        </w:tc>
        <w:tc>
          <w:tcPr>
            <w:tcW w:w="2592" w:type="dxa"/>
            <w:vAlign w:val="center"/>
          </w:tcPr>
          <w:p w14:paraId="5BF38E59" w14:textId="77777777" w:rsidR="00AE5806" w:rsidRDefault="0018581B">
            <w:r>
              <w:rPr>
                <w:sz w:val="18"/>
              </w:rPr>
              <w:t>☐</w:t>
            </w:r>
            <w:r>
              <w:rPr>
                <w:sz w:val="18"/>
              </w:rPr>
              <w:t xml:space="preserve"> Yes  ☐ No</w:t>
            </w:r>
          </w:p>
        </w:tc>
        <w:tc>
          <w:tcPr>
            <w:tcW w:w="2592" w:type="dxa"/>
            <w:shd w:val="clear" w:color="auto" w:fill="F2F2F2"/>
            <w:vAlign w:val="center"/>
          </w:tcPr>
          <w:p w14:paraId="29A8C8A5" w14:textId="77777777" w:rsidR="00AE5806" w:rsidRDefault="0018581B">
            <w:r>
              <w:rPr>
                <w:b/>
                <w:sz w:val="18"/>
              </w:rPr>
              <w:t>Payment Received</w:t>
            </w:r>
          </w:p>
        </w:tc>
        <w:tc>
          <w:tcPr>
            <w:tcW w:w="2592" w:type="dxa"/>
            <w:vAlign w:val="center"/>
          </w:tcPr>
          <w:p w14:paraId="4B263363" w14:textId="77777777" w:rsidR="00AE5806" w:rsidRDefault="0018581B">
            <w:r>
              <w:rPr>
                <w:sz w:val="18"/>
              </w:rPr>
              <w:t>☐</w:t>
            </w:r>
            <w:r>
              <w:rPr>
                <w:sz w:val="18"/>
              </w:rPr>
              <w:t xml:space="preserve"> Yes  ☐ No</w:t>
            </w:r>
          </w:p>
        </w:tc>
      </w:tr>
      <w:tr w:rsidR="00AE5806" w14:paraId="28F54D7B" w14:textId="77777777">
        <w:tc>
          <w:tcPr>
            <w:tcW w:w="2592" w:type="dxa"/>
            <w:shd w:val="clear" w:color="auto" w:fill="F2F2F2"/>
            <w:vAlign w:val="center"/>
          </w:tcPr>
          <w:p w14:paraId="5465D126" w14:textId="4775284B" w:rsidR="00AE5806" w:rsidRDefault="003E21BC">
            <w:r>
              <w:rPr>
                <w:b/>
                <w:sz w:val="18"/>
              </w:rPr>
              <w:t>Class Rank / Overall GPA</w:t>
            </w:r>
          </w:p>
        </w:tc>
        <w:tc>
          <w:tcPr>
            <w:tcW w:w="2592" w:type="dxa"/>
            <w:vAlign w:val="center"/>
          </w:tcPr>
          <w:p w14:paraId="61158FCB" w14:textId="77777777" w:rsidR="00AE5806" w:rsidRDefault="0018581B">
            <w:r>
              <w:rPr>
                <w:sz w:val="18"/>
              </w:rPr>
              <w:t>____________</w:t>
            </w:r>
          </w:p>
        </w:tc>
        <w:tc>
          <w:tcPr>
            <w:tcW w:w="2592" w:type="dxa"/>
            <w:shd w:val="clear" w:color="auto" w:fill="F2F2F2"/>
            <w:vAlign w:val="center"/>
          </w:tcPr>
          <w:p w14:paraId="133A5BA8" w14:textId="04D098C2" w:rsidR="00AE5806" w:rsidRDefault="003E21BC">
            <w:r>
              <w:rPr>
                <w:b/>
                <w:sz w:val="18"/>
              </w:rPr>
              <w:t>Payment Amount</w:t>
            </w:r>
          </w:p>
        </w:tc>
        <w:tc>
          <w:tcPr>
            <w:tcW w:w="2592" w:type="dxa"/>
            <w:vAlign w:val="center"/>
          </w:tcPr>
          <w:p w14:paraId="40DAE7A4" w14:textId="45B763C9" w:rsidR="00AE5806" w:rsidRDefault="003E21BC">
            <w:r>
              <w:rPr>
                <w:sz w:val="18"/>
              </w:rPr>
              <w:t>$</w:t>
            </w:r>
            <w:r w:rsidR="0018581B">
              <w:rPr>
                <w:sz w:val="18"/>
              </w:rPr>
              <w:t>____________</w:t>
            </w:r>
          </w:p>
        </w:tc>
      </w:tr>
      <w:tr w:rsidR="00AE5806" w14:paraId="6ED53BB8" w14:textId="77777777">
        <w:tc>
          <w:tcPr>
            <w:tcW w:w="2592" w:type="dxa"/>
            <w:shd w:val="clear" w:color="auto" w:fill="F2F2F2"/>
            <w:vAlign w:val="center"/>
          </w:tcPr>
          <w:p w14:paraId="65AA256C" w14:textId="67D11508" w:rsidR="00AE5806" w:rsidRDefault="003E21BC">
            <w:r>
              <w:rPr>
                <w:b/>
                <w:sz w:val="18"/>
              </w:rPr>
              <w:t>Sociology GPA</w:t>
            </w:r>
          </w:p>
        </w:tc>
        <w:tc>
          <w:tcPr>
            <w:tcW w:w="2592" w:type="dxa"/>
            <w:vAlign w:val="center"/>
          </w:tcPr>
          <w:p w14:paraId="4B6A93D9" w14:textId="77777777" w:rsidR="00AE5806" w:rsidRDefault="0018581B">
            <w:r>
              <w:rPr>
                <w:sz w:val="18"/>
              </w:rPr>
              <w:t>____________</w:t>
            </w:r>
          </w:p>
        </w:tc>
        <w:tc>
          <w:tcPr>
            <w:tcW w:w="2592" w:type="dxa"/>
            <w:shd w:val="clear" w:color="auto" w:fill="F2F2F2"/>
            <w:vAlign w:val="center"/>
          </w:tcPr>
          <w:p w14:paraId="52B6D016" w14:textId="52B513B4" w:rsidR="00AE5806" w:rsidRDefault="0018581B">
            <w:r>
              <w:rPr>
                <w:b/>
                <w:sz w:val="18"/>
              </w:rPr>
              <w:t xml:space="preserve">Payment </w:t>
            </w:r>
            <w:r w:rsidR="003E21BC">
              <w:rPr>
                <w:b/>
                <w:sz w:val="18"/>
              </w:rPr>
              <w:t>Type</w:t>
            </w:r>
          </w:p>
        </w:tc>
        <w:tc>
          <w:tcPr>
            <w:tcW w:w="2592" w:type="dxa"/>
            <w:vAlign w:val="center"/>
          </w:tcPr>
          <w:p w14:paraId="4A59B72E" w14:textId="2CC4CA1C" w:rsidR="00AE5806" w:rsidRDefault="003E21BC">
            <w:r>
              <w:rPr>
                <w:sz w:val="18"/>
              </w:rPr>
              <w:t>_</w:t>
            </w:r>
            <w:r w:rsidR="0018581B">
              <w:rPr>
                <w:sz w:val="18"/>
              </w:rPr>
              <w:t>____________</w:t>
            </w:r>
          </w:p>
        </w:tc>
      </w:tr>
      <w:tr w:rsidR="00AE5806" w14:paraId="30C36CC6" w14:textId="77777777">
        <w:tc>
          <w:tcPr>
            <w:tcW w:w="2592" w:type="dxa"/>
            <w:shd w:val="clear" w:color="auto" w:fill="F2F2F2"/>
            <w:vAlign w:val="center"/>
          </w:tcPr>
          <w:p w14:paraId="05610426" w14:textId="26BFD47A" w:rsidR="00AE5806" w:rsidRDefault="003E21BC">
            <w:r>
              <w:rPr>
                <w:b/>
                <w:sz w:val="18"/>
              </w:rPr>
              <w:t>SOC Courses Completed</w:t>
            </w:r>
          </w:p>
        </w:tc>
        <w:tc>
          <w:tcPr>
            <w:tcW w:w="2592" w:type="dxa"/>
            <w:vAlign w:val="center"/>
          </w:tcPr>
          <w:p w14:paraId="75E8D47B" w14:textId="4714AA50" w:rsidR="00AE5806" w:rsidRDefault="0018581B">
            <w:r>
              <w:rPr>
                <w:sz w:val="18"/>
              </w:rPr>
              <w:t>____________</w:t>
            </w:r>
          </w:p>
        </w:tc>
        <w:tc>
          <w:tcPr>
            <w:tcW w:w="2592" w:type="dxa"/>
            <w:shd w:val="clear" w:color="auto" w:fill="F2F2F2"/>
            <w:vAlign w:val="center"/>
          </w:tcPr>
          <w:p w14:paraId="002C791C" w14:textId="4C9C57C2" w:rsidR="00AE5806" w:rsidRDefault="003E21BC">
            <w:r>
              <w:rPr>
                <w:b/>
                <w:sz w:val="18"/>
              </w:rPr>
              <w:t>Verified By / Initials</w:t>
            </w:r>
          </w:p>
        </w:tc>
        <w:tc>
          <w:tcPr>
            <w:tcW w:w="2592" w:type="dxa"/>
            <w:vAlign w:val="center"/>
          </w:tcPr>
          <w:p w14:paraId="452ED58D" w14:textId="148A58E2" w:rsidR="00AE5806" w:rsidRDefault="0018581B">
            <w:r>
              <w:rPr>
                <w:sz w:val="18"/>
              </w:rPr>
              <w:t>___</w:t>
            </w:r>
            <w:r w:rsidR="003E21BC">
              <w:rPr>
                <w:sz w:val="18"/>
              </w:rPr>
              <w:t>_</w:t>
            </w:r>
            <w:r>
              <w:rPr>
                <w:sz w:val="18"/>
              </w:rPr>
              <w:t>_________</w:t>
            </w:r>
          </w:p>
        </w:tc>
      </w:tr>
    </w:tbl>
    <w:p w14:paraId="3356718B" w14:textId="14F40AF7" w:rsidR="003E21BC" w:rsidRPr="00417353" w:rsidRDefault="00417353" w:rsidP="00417353">
      <w:pPr>
        <w:spacing w:after="0"/>
        <w:rPr>
          <w:b/>
          <w:sz w:val="18"/>
          <w:szCs w:val="14"/>
        </w:rPr>
      </w:pPr>
      <w:r w:rsidRPr="00417353">
        <w:rPr>
          <w:b/>
          <w:sz w:val="18"/>
          <w:szCs w:val="14"/>
        </w:rPr>
        <w:t xml:space="preserve">   </w:t>
      </w:r>
    </w:p>
    <w:p w14:paraId="5F19F1EF" w14:textId="4A6547A3" w:rsidR="00417353" w:rsidRDefault="00417353">
      <w:pPr>
        <w:spacing w:before="160"/>
        <w:jc w:val="center"/>
        <w:rPr>
          <w:b/>
          <w:noProof/>
          <w:sz w:val="26"/>
        </w:rPr>
      </w:pPr>
      <w:r>
        <w:rPr>
          <w:b/>
          <w:noProof/>
          <w:sz w:val="26"/>
        </w:rPr>
        <w:drawing>
          <wp:inline distT="0" distB="0" distL="0" distR="0" wp14:anchorId="2A7A05C4" wp14:editId="263C09F8">
            <wp:extent cx="1051560" cy="1009650"/>
            <wp:effectExtent l="0" t="0" r="0" b="0"/>
            <wp:docPr id="16407307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30764" name="Picture 1640730764"/>
                    <pic:cNvPicPr/>
                  </pic:nvPicPr>
                  <pic:blipFill>
                    <a:blip r:embed="rId6"/>
                    <a:stretch>
                      <a:fillRect/>
                    </a:stretch>
                  </pic:blipFill>
                  <pic:spPr>
                    <a:xfrm>
                      <a:off x="0" y="0"/>
                      <a:ext cx="1060552" cy="1018284"/>
                    </a:xfrm>
                    <a:prstGeom prst="rect">
                      <a:avLst/>
                    </a:prstGeom>
                  </pic:spPr>
                </pic:pic>
              </a:graphicData>
            </a:graphic>
          </wp:inline>
        </w:drawing>
      </w:r>
    </w:p>
    <w:p w14:paraId="5430B508" w14:textId="3099EAFF" w:rsidR="00AE5806" w:rsidRDefault="0018581B">
      <w:pPr>
        <w:spacing w:before="160"/>
        <w:jc w:val="center"/>
      </w:pPr>
      <w:r>
        <w:rPr>
          <w:b/>
          <w:sz w:val="26"/>
        </w:rPr>
        <w:t>BE RECOGNIZED. BE CONNECTED. BE AKD.</w:t>
      </w:r>
    </w:p>
    <w:p w14:paraId="64EBAA1F" w14:textId="77F83C57" w:rsidR="003E21BC" w:rsidRPr="00417353" w:rsidRDefault="00417353" w:rsidP="00417353">
      <w:pPr>
        <w:jc w:val="center"/>
        <w:rPr>
          <w:b/>
        </w:rPr>
      </w:pPr>
      <w:r>
        <w:rPr>
          <w:b/>
          <w:noProof/>
          <w:sz w:val="26"/>
        </w:rPr>
        <mc:AlternateContent>
          <mc:Choice Requires="wps">
            <w:drawing>
              <wp:anchor distT="0" distB="0" distL="114300" distR="114300" simplePos="0" relativeHeight="251663360" behindDoc="0" locked="0" layoutInCell="1" allowOverlap="1" wp14:anchorId="1DE8F9D6" wp14:editId="7F5410E5">
                <wp:simplePos x="0" y="0"/>
                <wp:positionH relativeFrom="column">
                  <wp:posOffset>34290</wp:posOffset>
                </wp:positionH>
                <wp:positionV relativeFrom="paragraph">
                  <wp:posOffset>217805</wp:posOffset>
                </wp:positionV>
                <wp:extent cx="914400" cy="708660"/>
                <wp:effectExtent l="0" t="0" r="1270" b="0"/>
                <wp:wrapNone/>
                <wp:docPr id="205625885" name="Text Box 2"/>
                <wp:cNvGraphicFramePr/>
                <a:graphic xmlns:a="http://schemas.openxmlformats.org/drawingml/2006/main">
                  <a:graphicData uri="http://schemas.microsoft.com/office/word/2010/wordprocessingShape">
                    <wps:wsp>
                      <wps:cNvSpPr txBox="1"/>
                      <wps:spPr>
                        <a:xfrm>
                          <a:off x="0" y="0"/>
                          <a:ext cx="914400" cy="708660"/>
                        </a:xfrm>
                        <a:prstGeom prst="rect">
                          <a:avLst/>
                        </a:prstGeom>
                        <a:solidFill>
                          <a:schemeClr val="lt1"/>
                        </a:solidFill>
                        <a:ln w="6350">
                          <a:noFill/>
                        </a:ln>
                      </wps:spPr>
                      <wps:txbx>
                        <w:txbxContent>
                          <w:p w14:paraId="46037138" w14:textId="44B381E2" w:rsidR="00417353" w:rsidRDefault="00417353" w:rsidP="00417353">
                            <w:pPr>
                              <w:shd w:val="clear" w:color="auto" w:fill="D9D9D9" w:themeFill="background1" w:themeFillShade="D9"/>
                              <w:spacing w:before="160"/>
                              <w:jc w:val="center"/>
                              <w:rPr>
                                <w:b/>
                                <w:sz w:val="26"/>
                              </w:rPr>
                            </w:pPr>
                            <w:r w:rsidRPr="00417353">
                              <w:rPr>
                                <w:b/>
                                <w:bCs/>
                                <w:sz w:val="18"/>
                                <w:szCs w:val="18"/>
                              </w:rPr>
                              <w:t>For Chapter Use Only:</w:t>
                            </w:r>
                            <w:r w:rsidRPr="00417353">
                              <w:rPr>
                                <w:sz w:val="18"/>
                                <w:szCs w:val="18"/>
                              </w:rPr>
                              <w:t xml:space="preserve"> Please retain this completed application in your chapter records. Do not send individual applications to the AKD Executive Office. After verifying eligibility, submit the </w:t>
                            </w:r>
                            <w:r w:rsidRPr="00417353">
                              <w:rPr>
                                <w:b/>
                                <w:bCs/>
                                <w:sz w:val="18"/>
                                <w:szCs w:val="18"/>
                              </w:rPr>
                              <w:t>Order Form and List of Initiates</w:t>
                            </w:r>
                            <w:r w:rsidRPr="00417353">
                              <w:rPr>
                                <w:sz w:val="18"/>
                                <w:szCs w:val="18"/>
                              </w:rPr>
                              <w:t xml:space="preserve"> to the Executive Office to request new memberships</w:t>
                            </w:r>
                            <w:r>
                              <w:rPr>
                                <w:sz w:val="18"/>
                                <w:szCs w:val="18"/>
                              </w:rPr>
                              <w:t xml:space="preserve"> (as a bulk order)</w:t>
                            </w:r>
                            <w:r w:rsidRPr="00417353">
                              <w:rPr>
                                <w:sz w:val="18"/>
                                <w:szCs w:val="18"/>
                              </w:rPr>
                              <w:t>.</w:t>
                            </w:r>
                          </w:p>
                          <w:p w14:paraId="6074FFE9" w14:textId="77777777" w:rsidR="00417353" w:rsidRDefault="0041735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8F9D6" id="_x0000_t202" coordsize="21600,21600" o:spt="202" path="m,l,21600r21600,l21600,xe">
                <v:stroke joinstyle="miter"/>
                <v:path gradientshapeok="t" o:connecttype="rect"/>
              </v:shapetype>
              <v:shape id="Text Box 2" o:spid="_x0000_s1026" type="#_x0000_t202" style="position:absolute;left:0;text-align:left;margin-left:2.7pt;margin-top:17.15pt;width:1in;height:55.8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" fillcolor="white [3201]" stroked="f" strokeweight=".5pt">
                <v:textbox>
                  <w:txbxContent>
                    <w:p w14:paraId="46037138" w14:textId="44B381E2" w:rsidR="00417353" w:rsidRDefault="00417353" w:rsidP="00417353">
                      <w:pPr>
                        <w:shd w:val="clear" w:color="auto" w:fill="D9D9D9" w:themeFill="background1" w:themeFillShade="D9"/>
                        <w:spacing w:before="160"/>
                        <w:jc w:val="center"/>
                        <w:rPr>
                          <w:b/>
                          <w:sz w:val="26"/>
                        </w:rPr>
                      </w:pPr>
                      <w:r w:rsidRPr="00417353">
                        <w:rPr>
                          <w:b/>
                          <w:bCs/>
                          <w:sz w:val="18"/>
                          <w:szCs w:val="18"/>
                        </w:rPr>
                        <w:t>For Chapter Use Only:</w:t>
                      </w:r>
                      <w:r w:rsidRPr="00417353">
                        <w:rPr>
                          <w:sz w:val="18"/>
                          <w:szCs w:val="18"/>
                        </w:rPr>
                        <w:t xml:space="preserve"> Please retain this completed application in your chapter records. Do not send individual applications to the AKD Executive Office. After verifying eligibility, submit the </w:t>
                      </w:r>
                      <w:r w:rsidRPr="00417353">
                        <w:rPr>
                          <w:b/>
                          <w:bCs/>
                          <w:sz w:val="18"/>
                          <w:szCs w:val="18"/>
                        </w:rPr>
                        <w:t>Order Form and List of Initiates</w:t>
                      </w:r>
                      <w:r w:rsidRPr="00417353">
                        <w:rPr>
                          <w:sz w:val="18"/>
                          <w:szCs w:val="18"/>
                        </w:rPr>
                        <w:t xml:space="preserve"> to the Executive Office to request new memberships</w:t>
                      </w:r>
                      <w:r>
                        <w:rPr>
                          <w:sz w:val="18"/>
                          <w:szCs w:val="18"/>
                        </w:rPr>
                        <w:t xml:space="preserve"> (as a bulk order)</w:t>
                      </w:r>
                      <w:r w:rsidRPr="00417353">
                        <w:rPr>
                          <w:sz w:val="18"/>
                          <w:szCs w:val="18"/>
                        </w:rPr>
                        <w:t>.</w:t>
                      </w:r>
                    </w:p>
                    <w:p w14:paraId="6074FFE9" w14:textId="77777777" w:rsidR="00417353" w:rsidRDefault="00417353"/>
                  </w:txbxContent>
                </v:textbox>
              </v:shape>
            </w:pict>
          </mc:Fallback>
        </mc:AlternateContent>
      </w:r>
      <w:hyperlink r:id="rId7" w:history="1">
        <w:r w:rsidR="003E21BC" w:rsidRPr="00620748">
          <w:rPr>
            <w:rStyle w:val="Hyperlink"/>
            <w:b/>
          </w:rPr>
          <w:t>www.alphakappadelta.org</w:t>
        </w:r>
      </w:hyperlink>
    </w:p>
    <w:sectPr w:rsidR="003E21BC" w:rsidRPr="00417353" w:rsidSect="00417353">
      <w:pgSz w:w="12240" w:h="15840"/>
      <w:pgMar w:top="360" w:right="936" w:bottom="54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319172">
    <w:abstractNumId w:val="8"/>
  </w:num>
  <w:num w:numId="2" w16cid:durableId="1508668619">
    <w:abstractNumId w:val="6"/>
  </w:num>
  <w:num w:numId="3" w16cid:durableId="761608170">
    <w:abstractNumId w:val="5"/>
  </w:num>
  <w:num w:numId="4" w16cid:durableId="2106412551">
    <w:abstractNumId w:val="4"/>
  </w:num>
  <w:num w:numId="5" w16cid:durableId="1248878469">
    <w:abstractNumId w:val="7"/>
  </w:num>
  <w:num w:numId="6" w16cid:durableId="517235761">
    <w:abstractNumId w:val="3"/>
  </w:num>
  <w:num w:numId="7" w16cid:durableId="643314298">
    <w:abstractNumId w:val="2"/>
  </w:num>
  <w:num w:numId="8" w16cid:durableId="790241742">
    <w:abstractNumId w:val="1"/>
  </w:num>
  <w:num w:numId="9" w16cid:durableId="1605766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581B"/>
    <w:rsid w:val="001D73D7"/>
    <w:rsid w:val="0029639D"/>
    <w:rsid w:val="00326F90"/>
    <w:rsid w:val="003E21BC"/>
    <w:rsid w:val="003E2454"/>
    <w:rsid w:val="00417353"/>
    <w:rsid w:val="0085566A"/>
    <w:rsid w:val="00AA1D8D"/>
    <w:rsid w:val="00AE5806"/>
    <w:rsid w:val="00B47730"/>
    <w:rsid w:val="00CB0664"/>
    <w:rsid w:val="00D96D32"/>
    <w:rsid w:val="00ED0B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10002E"/>
  <w14:defaultImageDpi w14:val="300"/>
  <w15:docId w15:val="{6B561C34-5F8D-453C-A0F3-EB46518F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E21BC"/>
    <w:rPr>
      <w:color w:val="0000FF" w:themeColor="hyperlink"/>
      <w:u w:val="single"/>
    </w:rPr>
  </w:style>
  <w:style w:type="character" w:styleId="UnresolvedMention">
    <w:name w:val="Unresolved Mention"/>
    <w:basedOn w:val="DefaultParagraphFont"/>
    <w:uiPriority w:val="99"/>
    <w:semiHidden/>
    <w:unhideWhenUsed/>
    <w:rsid w:val="003E2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lphakappadelt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1151</Words>
  <Characters>6562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Bethany Titus</cp:lastModifiedBy>
  <cp:revision>2</cp:revision>
  <dcterms:created xsi:type="dcterms:W3CDTF">2026-08-19T18:03:00Z</dcterms:created>
  <dcterms:modified xsi:type="dcterms:W3CDTF">2026-08-19T18:03:00Z</dcterms:modified>
  <cp:category/>
</cp:coreProperties>
</file>